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40A" w:rsidRDefault="00755CD1">
      <w:pPr>
        <w:spacing w:after="60"/>
        <w:jc w:val="center"/>
      </w:pPr>
      <w:r>
        <w:rPr>
          <w:b/>
          <w:sz w:val="28"/>
        </w:rPr>
        <w:t>ДОГОВОР ОКАЗАНИЯ КОНСУЛЬТАЦИОННЫХ УСЛУГ</w:t>
      </w:r>
    </w:p>
    <w:p w:rsidR="0093040A" w:rsidRDefault="0093040A">
      <w:pPr>
        <w:spacing w:after="100"/>
        <w:jc w:val="center"/>
      </w:pPr>
      <w:bookmarkStart w:id="0" w:name="_GoBack"/>
      <w:bookmarkEnd w:id="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93040A">
        <w:trPr>
          <w:jc w:val="center"/>
        </w:trPr>
        <w:tc>
          <w:tcPr>
            <w:tcW w:w="10482" w:type="dxa"/>
            <w:shd w:val="clear" w:color="auto" w:fill="F2F2F2"/>
          </w:tcPr>
          <w:p w:rsidR="0093040A" w:rsidRDefault="00755CD1">
            <w:pPr>
              <w:spacing w:after="0"/>
            </w:pPr>
            <w:r w:rsidRPr="006121E5">
              <w:rPr>
                <w:b/>
                <w:sz w:val="17"/>
                <w:lang w:val="ru-RU"/>
              </w:rPr>
              <w:t xml:space="preserve">Как использовать: </w:t>
            </w:r>
            <w:r w:rsidRPr="006121E5">
              <w:rPr>
                <w:sz w:val="17"/>
                <w:lang w:val="ru-RU"/>
              </w:rPr>
              <w:t xml:space="preserve">заполните поля [в квадратных скобках], удалите неприменимые варианты. </w:t>
            </w:r>
            <w:r>
              <w:rPr>
                <w:sz w:val="17"/>
              </w:rPr>
              <w:t>Условные названия сторон выделены жирным.</w:t>
            </w:r>
          </w:p>
        </w:tc>
      </w:tr>
    </w:tbl>
    <w:p w:rsidR="0093040A" w:rsidRDefault="00755CD1">
      <w:pPr>
        <w:spacing w:after="80" w:line="240" w:lineRule="auto"/>
      </w:pPr>
      <w:r>
        <w:t xml:space="preserve">г. [город]                                              [дата </w:t>
      </w:r>
      <w:r>
        <w:t>подписания]</w:t>
      </w:r>
    </w:p>
    <w:p w:rsidR="0093040A" w:rsidRPr="006121E5" w:rsidRDefault="00755CD1">
      <w:pPr>
        <w:spacing w:after="80" w:line="240" w:lineRule="auto"/>
        <w:rPr>
          <w:lang w:val="ru-RU"/>
        </w:rPr>
      </w:pPr>
      <w:r w:rsidRPr="006121E5">
        <w:rPr>
          <w:lang w:val="ru-RU"/>
        </w:rPr>
        <w:t>[полное наименование / ФИО, статус ЮЛ/ИП/ФЛ, реквизиты [указать], в лице [ФИО, должность], действующего на основании [Устава/доверенности]], именуемый(ая/ое) в дальнейшем «</w:t>
      </w:r>
      <w:r w:rsidRPr="006121E5">
        <w:rPr>
          <w:b/>
          <w:lang w:val="ru-RU"/>
        </w:rPr>
        <w:t>Заказчик</w:t>
      </w:r>
      <w:r w:rsidRPr="006121E5">
        <w:rPr>
          <w:lang w:val="ru-RU"/>
        </w:rPr>
        <w:t>», с одной стороны, и [полное наименование / ФИО, статус ЮЛ/ИП/Ф</w:t>
      </w:r>
      <w:r w:rsidRPr="006121E5">
        <w:rPr>
          <w:lang w:val="ru-RU"/>
        </w:rPr>
        <w:t>Л, реквизиты [указать], в лице [ФИО, должность], действующего на основании [Устава/доверенности]], именуемый(ая/ое) в дальнейшем «</w:t>
      </w:r>
      <w:r w:rsidRPr="006121E5">
        <w:rPr>
          <w:b/>
          <w:lang w:val="ru-RU"/>
        </w:rPr>
        <w:t>Исполнитель</w:t>
      </w:r>
      <w:r w:rsidRPr="006121E5">
        <w:rPr>
          <w:lang w:val="ru-RU"/>
        </w:rPr>
        <w:t>», с другой стороны, совместно именуемые «</w:t>
      </w:r>
      <w:r w:rsidRPr="006121E5">
        <w:rPr>
          <w:b/>
          <w:lang w:val="ru-RU"/>
        </w:rPr>
        <w:t>Стороны</w:t>
      </w:r>
      <w:r w:rsidRPr="006121E5">
        <w:rPr>
          <w:lang w:val="ru-RU"/>
        </w:rPr>
        <w:t>», заключили настоящий договор (далее — «Договор»).</w:t>
      </w:r>
    </w:p>
    <w:p w:rsidR="0093040A" w:rsidRPr="006121E5" w:rsidRDefault="00755CD1">
      <w:pPr>
        <w:spacing w:before="100" w:after="40"/>
        <w:rPr>
          <w:lang w:val="ru-RU"/>
        </w:rPr>
      </w:pPr>
      <w:r w:rsidRPr="006121E5">
        <w:rPr>
          <w:b/>
          <w:sz w:val="20"/>
          <w:lang w:val="ru-RU"/>
        </w:rPr>
        <w:t>1. ПРЕДМЕТ ДОГ</w:t>
      </w:r>
      <w:r w:rsidRPr="006121E5">
        <w:rPr>
          <w:b/>
          <w:sz w:val="20"/>
          <w:lang w:val="ru-RU"/>
        </w:rPr>
        <w:t>ОВОРА</w:t>
      </w:r>
    </w:p>
    <w:p w:rsidR="0093040A" w:rsidRPr="006121E5" w:rsidRDefault="00755CD1">
      <w:pPr>
        <w:spacing w:after="40" w:line="240" w:lineRule="auto"/>
        <w:rPr>
          <w:lang w:val="ru-RU"/>
        </w:rPr>
      </w:pPr>
      <w:r w:rsidRPr="006121E5">
        <w:rPr>
          <w:lang w:val="ru-RU"/>
        </w:rPr>
        <w:t xml:space="preserve">1.1. </w:t>
      </w:r>
      <w:r w:rsidRPr="006121E5">
        <w:rPr>
          <w:b/>
          <w:lang w:val="ru-RU"/>
        </w:rPr>
        <w:t>Исполнитель</w:t>
      </w:r>
      <w:r w:rsidRPr="006121E5">
        <w:rPr>
          <w:lang w:val="ru-RU"/>
        </w:rPr>
        <w:t xml:space="preserve"> оказывает </w:t>
      </w:r>
      <w:r w:rsidRPr="006121E5">
        <w:rPr>
          <w:b/>
          <w:lang w:val="ru-RU"/>
        </w:rPr>
        <w:t>Заказчик</w:t>
      </w:r>
      <w:r w:rsidRPr="006121E5">
        <w:rPr>
          <w:lang w:val="ru-RU"/>
        </w:rPr>
        <w:t xml:space="preserve">у консультационные услуги по вопросам [налоги/бухгалтерский учет/право/финансы/иное], а </w:t>
      </w:r>
      <w:r w:rsidRPr="006121E5">
        <w:rPr>
          <w:b/>
          <w:lang w:val="ru-RU"/>
        </w:rPr>
        <w:t>Заказчик</w:t>
      </w:r>
      <w:r w:rsidRPr="006121E5">
        <w:rPr>
          <w:lang w:val="ru-RU"/>
        </w:rPr>
        <w:t xml:space="preserve"> принимает и оплачивает услуги.</w:t>
      </w:r>
    </w:p>
    <w:p w:rsidR="0093040A" w:rsidRPr="006121E5" w:rsidRDefault="00755CD1">
      <w:pPr>
        <w:spacing w:after="40" w:line="240" w:lineRule="auto"/>
        <w:rPr>
          <w:lang w:val="ru-RU"/>
        </w:rPr>
      </w:pPr>
      <w:r w:rsidRPr="006121E5">
        <w:rPr>
          <w:lang w:val="ru-RU"/>
        </w:rPr>
        <w:t xml:space="preserve">1.2. Конкретные вопросы, объем, результат и сроки могут определяться заданием </w:t>
      </w:r>
      <w:r w:rsidRPr="006121E5">
        <w:rPr>
          <w:b/>
          <w:lang w:val="ru-RU"/>
        </w:rPr>
        <w:t>Заказчик</w:t>
      </w:r>
      <w:r w:rsidRPr="006121E5">
        <w:rPr>
          <w:lang w:val="ru-RU"/>
        </w:rPr>
        <w:t>а</w:t>
      </w:r>
      <w:r w:rsidRPr="006121E5">
        <w:rPr>
          <w:lang w:val="ru-RU"/>
        </w:rPr>
        <w:t>, заявкой или приложением.</w:t>
      </w:r>
    </w:p>
    <w:p w:rsidR="0093040A" w:rsidRPr="006121E5" w:rsidRDefault="00755CD1">
      <w:pPr>
        <w:spacing w:after="40" w:line="240" w:lineRule="auto"/>
        <w:rPr>
          <w:lang w:val="ru-RU"/>
        </w:rPr>
      </w:pPr>
      <w:r w:rsidRPr="006121E5">
        <w:rPr>
          <w:lang w:val="ru-RU"/>
        </w:rPr>
        <w:t>1.3. Результат услуг: [устная консультация / письменное заключение / проекты документов / иной результат].</w:t>
      </w:r>
    </w:p>
    <w:p w:rsidR="0093040A" w:rsidRPr="006121E5" w:rsidRDefault="00755CD1">
      <w:pPr>
        <w:spacing w:before="100" w:after="40"/>
        <w:rPr>
          <w:lang w:val="ru-RU"/>
        </w:rPr>
      </w:pPr>
      <w:r w:rsidRPr="006121E5">
        <w:rPr>
          <w:b/>
          <w:sz w:val="20"/>
          <w:lang w:val="ru-RU"/>
        </w:rPr>
        <w:t>2. СРОКИ И ПОРЯДОК ОКАЗАНИЯ</w:t>
      </w:r>
    </w:p>
    <w:p w:rsidR="0093040A" w:rsidRPr="006121E5" w:rsidRDefault="00755CD1">
      <w:pPr>
        <w:spacing w:after="40" w:line="240" w:lineRule="auto"/>
        <w:rPr>
          <w:lang w:val="ru-RU"/>
        </w:rPr>
      </w:pPr>
      <w:r w:rsidRPr="006121E5">
        <w:rPr>
          <w:lang w:val="ru-RU"/>
        </w:rPr>
        <w:t>2.1. Срок оказания услуг: с [дата] по [дата] / в течение [___] рабочих дней с получения задани</w:t>
      </w:r>
      <w:r w:rsidRPr="006121E5">
        <w:rPr>
          <w:lang w:val="ru-RU"/>
        </w:rPr>
        <w:t>я и необходимых документов.</w:t>
      </w:r>
    </w:p>
    <w:p w:rsidR="0093040A" w:rsidRPr="006121E5" w:rsidRDefault="00755CD1">
      <w:pPr>
        <w:spacing w:after="40" w:line="240" w:lineRule="auto"/>
        <w:rPr>
          <w:lang w:val="ru-RU"/>
        </w:rPr>
      </w:pPr>
      <w:r w:rsidRPr="006121E5">
        <w:rPr>
          <w:lang w:val="ru-RU"/>
        </w:rPr>
        <w:t xml:space="preserve">2.2. </w:t>
      </w:r>
      <w:r w:rsidRPr="006121E5">
        <w:rPr>
          <w:b/>
          <w:lang w:val="ru-RU"/>
        </w:rPr>
        <w:t>Заказчик</w:t>
      </w:r>
      <w:r w:rsidRPr="006121E5">
        <w:rPr>
          <w:lang w:val="ru-RU"/>
        </w:rPr>
        <w:t xml:space="preserve"> своевременно предоставляет достоверные документы и информацию. </w:t>
      </w:r>
      <w:r w:rsidRPr="006121E5">
        <w:rPr>
          <w:b/>
          <w:lang w:val="ru-RU"/>
        </w:rPr>
        <w:t>Исполнитель</w:t>
      </w:r>
      <w:r w:rsidRPr="006121E5">
        <w:rPr>
          <w:lang w:val="ru-RU"/>
        </w:rPr>
        <w:t xml:space="preserve"> вправе запросить дополнительные сведения.</w:t>
      </w:r>
    </w:p>
    <w:p w:rsidR="0093040A" w:rsidRPr="006121E5" w:rsidRDefault="00755CD1">
      <w:pPr>
        <w:spacing w:before="100" w:after="40"/>
        <w:rPr>
          <w:lang w:val="ru-RU"/>
        </w:rPr>
      </w:pPr>
      <w:r w:rsidRPr="006121E5">
        <w:rPr>
          <w:b/>
          <w:sz w:val="20"/>
          <w:lang w:val="ru-RU"/>
        </w:rPr>
        <w:t>3. ПРИЕМКА И СТОИМОСТЬ</w:t>
      </w:r>
    </w:p>
    <w:p w:rsidR="0093040A" w:rsidRPr="006121E5" w:rsidRDefault="00755CD1">
      <w:pPr>
        <w:spacing w:after="40" w:line="240" w:lineRule="auto"/>
        <w:rPr>
          <w:lang w:val="ru-RU"/>
        </w:rPr>
      </w:pPr>
      <w:r w:rsidRPr="006121E5">
        <w:rPr>
          <w:lang w:val="ru-RU"/>
        </w:rPr>
        <w:t>3.1. Стоимость услуг — [сумма] рублей [с НДС / без НДС, основание]. Оплата</w:t>
      </w:r>
      <w:r w:rsidRPr="006121E5">
        <w:rPr>
          <w:lang w:val="ru-RU"/>
        </w:rPr>
        <w:t>: [аванс/постоплата/этапы].</w:t>
      </w:r>
    </w:p>
    <w:p w:rsidR="0093040A" w:rsidRPr="006121E5" w:rsidRDefault="00755CD1">
      <w:pPr>
        <w:spacing w:after="40" w:line="240" w:lineRule="auto"/>
        <w:rPr>
          <w:lang w:val="ru-RU"/>
        </w:rPr>
      </w:pPr>
      <w:r w:rsidRPr="006121E5">
        <w:rPr>
          <w:lang w:val="ru-RU"/>
        </w:rPr>
        <w:t>3.2. Результат передается [ЭДО/</w:t>
      </w:r>
      <w:r>
        <w:t>e</w:t>
      </w:r>
      <w:r w:rsidRPr="006121E5">
        <w:rPr>
          <w:lang w:val="ru-RU"/>
        </w:rPr>
        <w:t>-</w:t>
      </w:r>
      <w:r>
        <w:t>mail</w:t>
      </w:r>
      <w:r w:rsidRPr="006121E5">
        <w:rPr>
          <w:lang w:val="ru-RU"/>
        </w:rPr>
        <w:t xml:space="preserve">/на бумаге]. </w:t>
      </w:r>
      <w:r w:rsidRPr="006121E5">
        <w:rPr>
          <w:b/>
          <w:lang w:val="ru-RU"/>
        </w:rPr>
        <w:t>Заказчик</w:t>
      </w:r>
      <w:r w:rsidRPr="006121E5">
        <w:rPr>
          <w:lang w:val="ru-RU"/>
        </w:rPr>
        <w:t xml:space="preserve"> в течение [___] рабочих дней подписывает акт либо направляет мотивированные замечания.</w:t>
      </w:r>
    </w:p>
    <w:p w:rsidR="0093040A" w:rsidRPr="006121E5" w:rsidRDefault="00755CD1">
      <w:pPr>
        <w:spacing w:before="100" w:after="40"/>
        <w:rPr>
          <w:lang w:val="ru-RU"/>
        </w:rPr>
      </w:pPr>
      <w:r w:rsidRPr="006121E5">
        <w:rPr>
          <w:b/>
          <w:sz w:val="20"/>
          <w:lang w:val="ru-RU"/>
        </w:rPr>
        <w:t>4. ОТВЕТСТВЕННОСТЬ И КОНФИДЕНЦИАЛЬНОСТЬ</w:t>
      </w:r>
    </w:p>
    <w:p w:rsidR="0093040A" w:rsidRPr="006121E5" w:rsidRDefault="00755CD1">
      <w:pPr>
        <w:spacing w:after="40" w:line="240" w:lineRule="auto"/>
        <w:rPr>
          <w:lang w:val="ru-RU"/>
        </w:rPr>
      </w:pPr>
      <w:r w:rsidRPr="006121E5">
        <w:rPr>
          <w:lang w:val="ru-RU"/>
        </w:rPr>
        <w:t xml:space="preserve">4.1. </w:t>
      </w:r>
      <w:r w:rsidRPr="006121E5">
        <w:rPr>
          <w:b/>
          <w:lang w:val="ru-RU"/>
        </w:rPr>
        <w:t>Исполнитель</w:t>
      </w:r>
      <w:r w:rsidRPr="006121E5">
        <w:rPr>
          <w:lang w:val="ru-RU"/>
        </w:rPr>
        <w:t xml:space="preserve"> отвечает за надлежащее ок</w:t>
      </w:r>
      <w:r w:rsidRPr="006121E5">
        <w:rPr>
          <w:lang w:val="ru-RU"/>
        </w:rPr>
        <w:t>азание согласованных услуг, но не гарантирует решение государственных органов или суда, если иное прямо не установлено законом.</w:t>
      </w:r>
    </w:p>
    <w:p w:rsidR="0093040A" w:rsidRPr="006121E5" w:rsidRDefault="00755CD1">
      <w:pPr>
        <w:spacing w:after="40" w:line="240" w:lineRule="auto"/>
        <w:rPr>
          <w:lang w:val="ru-RU"/>
        </w:rPr>
      </w:pPr>
      <w:r w:rsidRPr="006121E5">
        <w:rPr>
          <w:lang w:val="ru-RU"/>
        </w:rPr>
        <w:t xml:space="preserve">4.2. </w:t>
      </w:r>
      <w:r w:rsidRPr="006121E5">
        <w:rPr>
          <w:b/>
          <w:lang w:val="ru-RU"/>
        </w:rPr>
        <w:t>Стороны</w:t>
      </w:r>
      <w:r w:rsidRPr="006121E5">
        <w:rPr>
          <w:lang w:val="ru-RU"/>
        </w:rPr>
        <w:t xml:space="preserve"> не раскрывают полученную при исполнении Договора конфиденциальную информацию, кроме случаев, предусмотренных законо</w:t>
      </w:r>
      <w:r w:rsidRPr="006121E5">
        <w:rPr>
          <w:lang w:val="ru-RU"/>
        </w:rPr>
        <w:t>м.</w:t>
      </w:r>
    </w:p>
    <w:p w:rsidR="0093040A" w:rsidRPr="006121E5" w:rsidRDefault="00755CD1">
      <w:pPr>
        <w:spacing w:before="100" w:after="40"/>
        <w:rPr>
          <w:lang w:val="ru-RU"/>
        </w:rPr>
      </w:pPr>
      <w:r w:rsidRPr="006121E5">
        <w:rPr>
          <w:b/>
          <w:sz w:val="20"/>
          <w:lang w:val="ru-RU"/>
        </w:rPr>
        <w:t>5. СРОК И СПОРЫ</w:t>
      </w:r>
    </w:p>
    <w:p w:rsidR="0093040A" w:rsidRPr="006121E5" w:rsidRDefault="00755CD1">
      <w:pPr>
        <w:spacing w:after="40" w:line="240" w:lineRule="auto"/>
        <w:rPr>
          <w:lang w:val="ru-RU"/>
        </w:rPr>
      </w:pPr>
      <w:r w:rsidRPr="006121E5">
        <w:rPr>
          <w:lang w:val="ru-RU"/>
        </w:rPr>
        <w:t xml:space="preserve">5.1. Договор действует до полного исполнения обязательств. Любая </w:t>
      </w:r>
      <w:r w:rsidRPr="006121E5">
        <w:rPr>
          <w:b/>
          <w:lang w:val="ru-RU"/>
        </w:rPr>
        <w:t>Сторона</w:t>
      </w:r>
      <w:r w:rsidRPr="006121E5">
        <w:rPr>
          <w:lang w:val="ru-RU"/>
        </w:rPr>
        <w:t xml:space="preserve"> вправе отказаться от Договора в случаях и порядке, предусмотренных законом.</w:t>
      </w:r>
    </w:p>
    <w:p w:rsidR="0093040A" w:rsidRPr="006121E5" w:rsidRDefault="00755CD1">
      <w:pPr>
        <w:spacing w:after="40" w:line="240" w:lineRule="auto"/>
        <w:rPr>
          <w:lang w:val="ru-RU"/>
        </w:rPr>
      </w:pPr>
      <w:r w:rsidRPr="006121E5">
        <w:rPr>
          <w:lang w:val="ru-RU"/>
        </w:rPr>
        <w:t>5.2. Споры решаются путем переговоров и претензии, затем — в суде.</w:t>
      </w:r>
    </w:p>
    <w:p w:rsidR="0093040A" w:rsidRDefault="00755CD1">
      <w:pPr>
        <w:spacing w:before="100" w:after="40"/>
      </w:pPr>
      <w:r>
        <w:rPr>
          <w:b/>
          <w:sz w:val="20"/>
        </w:rPr>
        <w:t>РЕКВИЗИТЫ И ПОДПИСИ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5241"/>
      </w:tblGrid>
      <w:tr w:rsidR="0093040A" w:rsidRPr="006121E5">
        <w:trPr>
          <w:jc w:val="center"/>
        </w:trPr>
        <w:tc>
          <w:tcPr>
            <w:tcW w:w="5241" w:type="dxa"/>
          </w:tcPr>
          <w:p w:rsidR="0093040A" w:rsidRPr="006121E5" w:rsidRDefault="00755CD1">
            <w:pPr>
              <w:rPr>
                <w:lang w:val="ru-RU"/>
              </w:rPr>
            </w:pPr>
            <w:r w:rsidRPr="006121E5">
              <w:rPr>
                <w:b/>
                <w:lang w:val="ru-RU"/>
              </w:rPr>
              <w:t>ЗАКАЗЧИК</w:t>
            </w:r>
          </w:p>
          <w:p w:rsidR="0093040A" w:rsidRPr="006121E5" w:rsidRDefault="00755CD1">
            <w:pPr>
              <w:spacing w:after="0"/>
              <w:rPr>
                <w:lang w:val="ru-RU"/>
              </w:rPr>
            </w:pPr>
            <w:r w:rsidRPr="006121E5">
              <w:rPr>
                <w:sz w:val="17"/>
                <w:lang w:val="ru-RU"/>
              </w:rPr>
              <w:t>[полное наименование / ФИО]</w:t>
            </w:r>
          </w:p>
          <w:p w:rsidR="0093040A" w:rsidRPr="006121E5" w:rsidRDefault="00755CD1">
            <w:pPr>
              <w:spacing w:after="0"/>
              <w:rPr>
                <w:lang w:val="ru-RU"/>
              </w:rPr>
            </w:pPr>
            <w:r w:rsidRPr="006121E5">
              <w:rPr>
                <w:sz w:val="17"/>
                <w:lang w:val="ru-RU"/>
              </w:rPr>
              <w:t>[ИНН / ОГРН / ОГРНИП / паспорт]</w:t>
            </w:r>
          </w:p>
          <w:p w:rsidR="0093040A" w:rsidRPr="006121E5" w:rsidRDefault="00755CD1">
            <w:pPr>
              <w:spacing w:after="0"/>
              <w:rPr>
                <w:lang w:val="ru-RU"/>
              </w:rPr>
            </w:pPr>
            <w:r w:rsidRPr="006121E5">
              <w:rPr>
                <w:sz w:val="17"/>
                <w:lang w:val="ru-RU"/>
              </w:rPr>
              <w:t>Адрес: [адрес]</w:t>
            </w:r>
          </w:p>
          <w:p w:rsidR="0093040A" w:rsidRPr="006121E5" w:rsidRDefault="00755CD1">
            <w:pPr>
              <w:spacing w:after="0"/>
              <w:rPr>
                <w:lang w:val="ru-RU"/>
              </w:rPr>
            </w:pPr>
            <w:r w:rsidRPr="006121E5">
              <w:rPr>
                <w:sz w:val="17"/>
                <w:lang w:val="ru-RU"/>
              </w:rPr>
              <w:t>Банк: [банк], БИК [БИК]</w:t>
            </w:r>
          </w:p>
          <w:p w:rsidR="0093040A" w:rsidRPr="006121E5" w:rsidRDefault="00755CD1">
            <w:pPr>
              <w:spacing w:after="0"/>
              <w:rPr>
                <w:lang w:val="ru-RU"/>
              </w:rPr>
            </w:pPr>
            <w:r w:rsidRPr="006121E5">
              <w:rPr>
                <w:sz w:val="17"/>
                <w:lang w:val="ru-RU"/>
              </w:rPr>
              <w:t>р/с [расчетный счет], к/с [корр. счет]</w:t>
            </w:r>
          </w:p>
          <w:p w:rsidR="0093040A" w:rsidRPr="006121E5" w:rsidRDefault="00755CD1">
            <w:pPr>
              <w:spacing w:after="0"/>
              <w:rPr>
                <w:lang w:val="ru-RU"/>
              </w:rPr>
            </w:pPr>
            <w:r w:rsidRPr="006121E5">
              <w:rPr>
                <w:sz w:val="17"/>
                <w:lang w:val="ru-RU"/>
              </w:rPr>
              <w:t>Тел./</w:t>
            </w:r>
            <w:r>
              <w:rPr>
                <w:sz w:val="17"/>
              </w:rPr>
              <w:t>e</w:t>
            </w:r>
            <w:r w:rsidRPr="006121E5">
              <w:rPr>
                <w:sz w:val="17"/>
                <w:lang w:val="ru-RU"/>
              </w:rPr>
              <w:t>-</w:t>
            </w:r>
            <w:r>
              <w:rPr>
                <w:sz w:val="17"/>
              </w:rPr>
              <w:t>mail</w:t>
            </w:r>
            <w:r w:rsidRPr="006121E5">
              <w:rPr>
                <w:sz w:val="17"/>
                <w:lang w:val="ru-RU"/>
              </w:rPr>
              <w:t>: [контакты]</w:t>
            </w:r>
          </w:p>
          <w:p w:rsidR="0093040A" w:rsidRPr="006121E5" w:rsidRDefault="0093040A">
            <w:pPr>
              <w:spacing w:after="0"/>
              <w:rPr>
                <w:lang w:val="ru-RU"/>
              </w:rPr>
            </w:pPr>
          </w:p>
          <w:p w:rsidR="0093040A" w:rsidRPr="006121E5" w:rsidRDefault="00755CD1">
            <w:pPr>
              <w:spacing w:after="0"/>
              <w:rPr>
                <w:lang w:val="ru-RU"/>
              </w:rPr>
            </w:pPr>
            <w:r w:rsidRPr="006121E5">
              <w:rPr>
                <w:sz w:val="17"/>
                <w:lang w:val="ru-RU"/>
              </w:rPr>
              <w:t>____________ / [ФИО] /</w:t>
            </w:r>
          </w:p>
        </w:tc>
        <w:tc>
          <w:tcPr>
            <w:tcW w:w="5241" w:type="dxa"/>
          </w:tcPr>
          <w:p w:rsidR="0093040A" w:rsidRPr="006121E5" w:rsidRDefault="00755CD1">
            <w:pPr>
              <w:rPr>
                <w:lang w:val="ru-RU"/>
              </w:rPr>
            </w:pPr>
            <w:r w:rsidRPr="006121E5">
              <w:rPr>
                <w:b/>
                <w:lang w:val="ru-RU"/>
              </w:rPr>
              <w:t>ИСПОЛНИТЕЛЬ</w:t>
            </w:r>
          </w:p>
          <w:p w:rsidR="0093040A" w:rsidRPr="006121E5" w:rsidRDefault="00755CD1">
            <w:pPr>
              <w:spacing w:after="0"/>
              <w:rPr>
                <w:lang w:val="ru-RU"/>
              </w:rPr>
            </w:pPr>
            <w:r w:rsidRPr="006121E5">
              <w:rPr>
                <w:sz w:val="17"/>
                <w:lang w:val="ru-RU"/>
              </w:rPr>
              <w:t>[полное наименование / ФИО]</w:t>
            </w:r>
          </w:p>
          <w:p w:rsidR="0093040A" w:rsidRPr="006121E5" w:rsidRDefault="00755CD1">
            <w:pPr>
              <w:spacing w:after="0"/>
              <w:rPr>
                <w:lang w:val="ru-RU"/>
              </w:rPr>
            </w:pPr>
            <w:r w:rsidRPr="006121E5">
              <w:rPr>
                <w:sz w:val="17"/>
                <w:lang w:val="ru-RU"/>
              </w:rPr>
              <w:t xml:space="preserve">[ИНН / ОГРН / ОГРНИП </w:t>
            </w:r>
            <w:r w:rsidRPr="006121E5">
              <w:rPr>
                <w:sz w:val="17"/>
                <w:lang w:val="ru-RU"/>
              </w:rPr>
              <w:t>/ паспорт]</w:t>
            </w:r>
          </w:p>
          <w:p w:rsidR="0093040A" w:rsidRPr="006121E5" w:rsidRDefault="00755CD1">
            <w:pPr>
              <w:spacing w:after="0"/>
              <w:rPr>
                <w:lang w:val="ru-RU"/>
              </w:rPr>
            </w:pPr>
            <w:r w:rsidRPr="006121E5">
              <w:rPr>
                <w:sz w:val="17"/>
                <w:lang w:val="ru-RU"/>
              </w:rPr>
              <w:t>Адрес: [адрес]</w:t>
            </w:r>
          </w:p>
          <w:p w:rsidR="0093040A" w:rsidRPr="006121E5" w:rsidRDefault="00755CD1">
            <w:pPr>
              <w:spacing w:after="0"/>
              <w:rPr>
                <w:lang w:val="ru-RU"/>
              </w:rPr>
            </w:pPr>
            <w:r w:rsidRPr="006121E5">
              <w:rPr>
                <w:sz w:val="17"/>
                <w:lang w:val="ru-RU"/>
              </w:rPr>
              <w:t>Банк: [банк], БИК [БИК]</w:t>
            </w:r>
          </w:p>
          <w:p w:rsidR="0093040A" w:rsidRPr="006121E5" w:rsidRDefault="00755CD1">
            <w:pPr>
              <w:spacing w:after="0"/>
              <w:rPr>
                <w:lang w:val="ru-RU"/>
              </w:rPr>
            </w:pPr>
            <w:r w:rsidRPr="006121E5">
              <w:rPr>
                <w:sz w:val="17"/>
                <w:lang w:val="ru-RU"/>
              </w:rPr>
              <w:t>р/с [расчетный счет], к/с [корр. счет]</w:t>
            </w:r>
          </w:p>
          <w:p w:rsidR="0093040A" w:rsidRPr="006121E5" w:rsidRDefault="00755CD1">
            <w:pPr>
              <w:spacing w:after="0"/>
              <w:rPr>
                <w:lang w:val="ru-RU"/>
              </w:rPr>
            </w:pPr>
            <w:r w:rsidRPr="006121E5">
              <w:rPr>
                <w:sz w:val="17"/>
                <w:lang w:val="ru-RU"/>
              </w:rPr>
              <w:t>Тел./</w:t>
            </w:r>
            <w:r>
              <w:rPr>
                <w:sz w:val="17"/>
              </w:rPr>
              <w:t>e</w:t>
            </w:r>
            <w:r w:rsidRPr="006121E5">
              <w:rPr>
                <w:sz w:val="17"/>
                <w:lang w:val="ru-RU"/>
              </w:rPr>
              <w:t>-</w:t>
            </w:r>
            <w:r>
              <w:rPr>
                <w:sz w:val="17"/>
              </w:rPr>
              <w:t>mail</w:t>
            </w:r>
            <w:r w:rsidRPr="006121E5">
              <w:rPr>
                <w:sz w:val="17"/>
                <w:lang w:val="ru-RU"/>
              </w:rPr>
              <w:t>: [контакты]</w:t>
            </w:r>
          </w:p>
          <w:p w:rsidR="0093040A" w:rsidRPr="006121E5" w:rsidRDefault="0093040A">
            <w:pPr>
              <w:spacing w:after="0"/>
              <w:rPr>
                <w:lang w:val="ru-RU"/>
              </w:rPr>
            </w:pPr>
          </w:p>
          <w:p w:rsidR="0093040A" w:rsidRPr="006121E5" w:rsidRDefault="00755CD1">
            <w:pPr>
              <w:spacing w:after="0"/>
              <w:rPr>
                <w:lang w:val="ru-RU"/>
              </w:rPr>
            </w:pPr>
            <w:r w:rsidRPr="006121E5">
              <w:rPr>
                <w:sz w:val="17"/>
                <w:lang w:val="ru-RU"/>
              </w:rPr>
              <w:t>____________ / [ФИО] /</w:t>
            </w:r>
          </w:p>
        </w:tc>
      </w:tr>
    </w:tbl>
    <w:sectPr w:rsidR="00755CD1" w:rsidRPr="006121E5" w:rsidSect="00034616">
      <w:footerReference w:type="default" r:id="rId8"/>
      <w:pgSz w:w="12240" w:h="15840"/>
      <w:pgMar w:top="709" w:right="879" w:bottom="709" w:left="879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CD1" w:rsidRDefault="00755CD1">
      <w:pPr>
        <w:spacing w:after="0" w:line="240" w:lineRule="auto"/>
      </w:pPr>
      <w:r>
        <w:separator/>
      </w:r>
    </w:p>
  </w:endnote>
  <w:endnote w:type="continuationSeparator" w:id="0">
    <w:p w:rsidR="00755CD1" w:rsidRDefault="0075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40A" w:rsidRDefault="00755CD1">
    <w:pPr>
      <w:pStyle w:val="a7"/>
    </w:pPr>
    <w:r>
      <w:rPr>
        <w:noProof/>
        <w:lang w:val="ru-RU" w:eastAsia="ru-RU"/>
      </w:rPr>
      <w:drawing>
        <wp:inline distT="0" distB="0" distL="0" distR="0">
          <wp:extent cx="1368000" cy="36757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8000" cy="36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CD1" w:rsidRDefault="00755CD1">
      <w:pPr>
        <w:spacing w:after="0" w:line="240" w:lineRule="auto"/>
      </w:pPr>
      <w:r>
        <w:separator/>
      </w:r>
    </w:p>
  </w:footnote>
  <w:footnote w:type="continuationSeparator" w:id="0">
    <w:p w:rsidR="00755CD1" w:rsidRDefault="00755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121E5"/>
    <w:rsid w:val="00755CD1"/>
    <w:rsid w:val="0093040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3B8BF8"/>
  <w14:defaultImageDpi w14:val="300"/>
  <w15:docId w15:val="{D47F7BA2-FDC0-4B73-BACA-245E83D3C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54AD9F-CF93-41C1-9B6C-62BF6137D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Облегченная форма подготовлена по предоставленным пользователем образцам GT Finance.</dc:description>
  <cp:lastModifiedBy>Admin</cp:lastModifiedBy>
  <cp:revision>2</cp:revision>
  <dcterms:created xsi:type="dcterms:W3CDTF">2026-08-18T09:40:00Z</dcterms:created>
  <dcterms:modified xsi:type="dcterms:W3CDTF">2026-08-18T09:40:00Z</dcterms:modified>
  <cp:category/>
</cp:coreProperties>
</file>