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A97" w:rsidRPr="000A6CAA" w:rsidRDefault="00CC3D3A">
      <w:pPr>
        <w:spacing w:after="60"/>
        <w:jc w:val="center"/>
        <w:rPr>
          <w:lang w:val="ru-RU"/>
        </w:rPr>
      </w:pPr>
      <w:r w:rsidRPr="000A6CAA">
        <w:rPr>
          <w:b/>
          <w:sz w:val="28"/>
          <w:lang w:val="ru-RU"/>
        </w:rPr>
        <w:t>ДОГОВОР КУПЛИ-ПРОДАЖИ ОБОРУДОВАНИЯ</w:t>
      </w:r>
    </w:p>
    <w:p w:rsidR="00653A97" w:rsidRPr="000A6CAA" w:rsidRDefault="00CC3D3A">
      <w:pPr>
        <w:spacing w:after="100"/>
        <w:jc w:val="center"/>
        <w:rPr>
          <w:lang w:val="ru-RU"/>
        </w:rPr>
      </w:pPr>
      <w:r w:rsidRPr="000A6CAA">
        <w:rPr>
          <w:b/>
          <w:lang w:val="ru-RU"/>
        </w:rPr>
        <w:t>новое или бывшее в эксплуатации имущество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653A97">
        <w:trPr>
          <w:jc w:val="center"/>
        </w:trPr>
        <w:tc>
          <w:tcPr>
            <w:tcW w:w="10482" w:type="dxa"/>
            <w:shd w:val="clear" w:color="auto" w:fill="F2F2F2"/>
          </w:tcPr>
          <w:p w:rsidR="00653A97" w:rsidRDefault="00CC3D3A">
            <w:pPr>
              <w:spacing w:after="0"/>
            </w:pPr>
            <w:r w:rsidRPr="000A6CAA">
              <w:rPr>
                <w:b/>
                <w:sz w:val="17"/>
                <w:lang w:val="ru-RU"/>
              </w:rPr>
              <w:t xml:space="preserve">Как использовать: </w:t>
            </w:r>
            <w:r w:rsidRPr="000A6CAA">
              <w:rPr>
                <w:sz w:val="17"/>
                <w:lang w:val="ru-RU"/>
              </w:rPr>
              <w:t xml:space="preserve">заполните поля [в квадратных скобках], удалите неприменимые варианты. </w:t>
            </w:r>
            <w:proofErr w:type="spellStart"/>
            <w:r>
              <w:rPr>
                <w:sz w:val="17"/>
              </w:rPr>
              <w:t>Условные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названия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сторон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выделены</w:t>
            </w:r>
            <w:proofErr w:type="spellEnd"/>
            <w:r>
              <w:rPr>
                <w:sz w:val="17"/>
              </w:rPr>
              <w:t xml:space="preserve"> жирным.</w:t>
            </w:r>
          </w:p>
        </w:tc>
      </w:tr>
    </w:tbl>
    <w:p w:rsidR="00653A97" w:rsidRPr="000A6CAA" w:rsidRDefault="00CC3D3A">
      <w:pPr>
        <w:spacing w:after="80" w:line="240" w:lineRule="auto"/>
        <w:rPr>
          <w:lang w:val="ru-RU"/>
        </w:rPr>
      </w:pPr>
      <w:r>
        <w:t xml:space="preserve">г. Махачкала                                   </w:t>
      </w:r>
      <w:r>
        <w:t xml:space="preserve">          </w:t>
      </w:r>
      <w:r w:rsidR="000A6CAA">
        <w:rPr>
          <w:lang w:val="ru-RU"/>
        </w:rPr>
        <w:t xml:space="preserve">                                                                                     </w:t>
      </w:r>
      <w:bookmarkStart w:id="0" w:name="_GoBack"/>
      <w:bookmarkEnd w:id="0"/>
      <w:r>
        <w:t xml:space="preserve"> 18 августа 2026 г.</w:t>
      </w:r>
    </w:p>
    <w:p w:rsidR="00653A97" w:rsidRPr="000A6CAA" w:rsidRDefault="00CC3D3A">
      <w:pPr>
        <w:spacing w:after="80" w:line="240" w:lineRule="auto"/>
        <w:rPr>
          <w:lang w:val="ru-RU"/>
        </w:rPr>
      </w:pPr>
      <w:r w:rsidRPr="000A6CAA">
        <w:rPr>
          <w:lang w:val="ru-RU"/>
        </w:rPr>
        <w:t>ООО «Вектор», ОГРН 1260500000001, ИНН 0573000001, в лице генерального директора Алиева Марата Руслановича, действующего на основании Устава, именуемый(</w:t>
      </w:r>
      <w:proofErr w:type="spellStart"/>
      <w:r w:rsidRPr="000A6CAA">
        <w:rPr>
          <w:lang w:val="ru-RU"/>
        </w:rPr>
        <w:t>ая</w:t>
      </w:r>
      <w:proofErr w:type="spellEnd"/>
      <w:r w:rsidRPr="000A6CAA">
        <w:rPr>
          <w:lang w:val="ru-RU"/>
        </w:rPr>
        <w:t>/</w:t>
      </w:r>
      <w:proofErr w:type="spellStart"/>
      <w:r w:rsidRPr="000A6CAA">
        <w:rPr>
          <w:lang w:val="ru-RU"/>
        </w:rPr>
        <w:t>ое</w:t>
      </w:r>
      <w:proofErr w:type="spellEnd"/>
      <w:r w:rsidRPr="000A6CAA">
        <w:rPr>
          <w:lang w:val="ru-RU"/>
        </w:rPr>
        <w:t>) в дальнейшем «</w:t>
      </w:r>
      <w:r w:rsidRPr="000A6CAA">
        <w:rPr>
          <w:b/>
          <w:lang w:val="ru-RU"/>
        </w:rPr>
        <w:t>Продавец</w:t>
      </w:r>
      <w:r w:rsidRPr="000A6CAA">
        <w:rPr>
          <w:lang w:val="ru-RU"/>
        </w:rPr>
        <w:t>», с одной стороны, и ООО «Вектор», ОГРН 12605</w:t>
      </w:r>
      <w:r w:rsidRPr="000A6CAA">
        <w:rPr>
          <w:lang w:val="ru-RU"/>
        </w:rPr>
        <w:t>00000001, ИНН 0573000001, в лице генерального директора Алиева Марата Руслановича, действующего на основании Устава, именуемый(</w:t>
      </w:r>
      <w:proofErr w:type="spellStart"/>
      <w:r w:rsidRPr="000A6CAA">
        <w:rPr>
          <w:lang w:val="ru-RU"/>
        </w:rPr>
        <w:t>ая</w:t>
      </w:r>
      <w:proofErr w:type="spellEnd"/>
      <w:r w:rsidRPr="000A6CAA">
        <w:rPr>
          <w:lang w:val="ru-RU"/>
        </w:rPr>
        <w:t>/</w:t>
      </w:r>
      <w:proofErr w:type="spellStart"/>
      <w:r w:rsidRPr="000A6CAA">
        <w:rPr>
          <w:lang w:val="ru-RU"/>
        </w:rPr>
        <w:t>ое</w:t>
      </w:r>
      <w:proofErr w:type="spellEnd"/>
      <w:r w:rsidRPr="000A6CAA">
        <w:rPr>
          <w:lang w:val="ru-RU"/>
        </w:rPr>
        <w:t>) в дальнейшем «</w:t>
      </w:r>
      <w:r w:rsidRPr="000A6CAA">
        <w:rPr>
          <w:b/>
          <w:lang w:val="ru-RU"/>
        </w:rPr>
        <w:t>Покупатель</w:t>
      </w:r>
      <w:r w:rsidRPr="000A6CAA">
        <w:rPr>
          <w:lang w:val="ru-RU"/>
        </w:rPr>
        <w:t>», с другой стороны, совместно именуемые «</w:t>
      </w:r>
      <w:r w:rsidRPr="000A6CAA">
        <w:rPr>
          <w:b/>
          <w:lang w:val="ru-RU"/>
        </w:rPr>
        <w:t>Стороны</w:t>
      </w:r>
      <w:r w:rsidRPr="000A6CAA">
        <w:rPr>
          <w:lang w:val="ru-RU"/>
        </w:rPr>
        <w:t>», заключили настоящий договор (далее — «Договор»</w:t>
      </w:r>
      <w:r w:rsidRPr="000A6CAA">
        <w:rPr>
          <w:lang w:val="ru-RU"/>
        </w:rPr>
        <w:t>).</w:t>
      </w:r>
    </w:p>
    <w:p w:rsidR="00653A97" w:rsidRPr="000A6CAA" w:rsidRDefault="00CC3D3A">
      <w:pPr>
        <w:spacing w:before="100" w:after="40"/>
        <w:rPr>
          <w:lang w:val="ru-RU"/>
        </w:rPr>
      </w:pPr>
      <w:r w:rsidRPr="000A6CAA">
        <w:rPr>
          <w:b/>
          <w:sz w:val="20"/>
          <w:lang w:val="ru-RU"/>
        </w:rPr>
        <w:t>1. ПРЕДМЕТ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 xml:space="preserve">1.1. </w:t>
      </w:r>
      <w:r w:rsidRPr="000A6CAA">
        <w:rPr>
          <w:b/>
          <w:lang w:val="ru-RU"/>
        </w:rPr>
        <w:t>Продавец</w:t>
      </w:r>
      <w:r w:rsidRPr="000A6CAA">
        <w:rPr>
          <w:lang w:val="ru-RU"/>
        </w:rPr>
        <w:t xml:space="preserve"> передает Покупателю оборудование, а </w:t>
      </w:r>
      <w:r w:rsidRPr="000A6CAA">
        <w:rPr>
          <w:b/>
          <w:lang w:val="ru-RU"/>
        </w:rPr>
        <w:t>Покупатель</w:t>
      </w:r>
      <w:r w:rsidRPr="000A6CAA">
        <w:rPr>
          <w:lang w:val="ru-RU"/>
        </w:rPr>
        <w:t xml:space="preserve"> принимает и оплачивает его.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 xml:space="preserve">1.2. Оборудование: станок упаковочный «Пак-200», серийный № </w:t>
      </w:r>
      <w:r>
        <w:t>PK</w:t>
      </w:r>
      <w:r w:rsidRPr="000A6CAA">
        <w:rPr>
          <w:lang w:val="ru-RU"/>
        </w:rPr>
        <w:t>200-0826, 2026 г., 1 шт., комплектный, новый. Подробный перечень может оформляться Специфик</w:t>
      </w:r>
      <w:r w:rsidRPr="000A6CAA">
        <w:rPr>
          <w:lang w:val="ru-RU"/>
        </w:rPr>
        <w:t>ацией.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 xml:space="preserve">1.3. </w:t>
      </w:r>
      <w:r w:rsidRPr="000A6CAA">
        <w:rPr>
          <w:b/>
          <w:lang w:val="ru-RU"/>
        </w:rPr>
        <w:t>Продавец</w:t>
      </w:r>
      <w:r w:rsidRPr="000A6CAA">
        <w:rPr>
          <w:lang w:val="ru-RU"/>
        </w:rPr>
        <w:t xml:space="preserve"> подтверждает право собственности; залог, арест и права третьих лиц [отсутствуют / указать]. Известные дефекты: [указать / отсутствуют].</w:t>
      </w:r>
    </w:p>
    <w:p w:rsidR="00653A97" w:rsidRPr="000A6CAA" w:rsidRDefault="00CC3D3A">
      <w:pPr>
        <w:spacing w:before="100" w:after="40"/>
        <w:rPr>
          <w:lang w:val="ru-RU"/>
        </w:rPr>
      </w:pPr>
      <w:r w:rsidRPr="000A6CAA">
        <w:rPr>
          <w:b/>
          <w:sz w:val="20"/>
          <w:lang w:val="ru-RU"/>
        </w:rPr>
        <w:t>2. ЦЕНА И ОПЛАТА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>2.1. Цена — 850 000 рублей без НДС.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 xml:space="preserve">2.2. Оплата производится 50% аванс, остаток в </w:t>
      </w:r>
      <w:r w:rsidRPr="000A6CAA">
        <w:rPr>
          <w:lang w:val="ru-RU"/>
        </w:rPr>
        <w:t>течение 3 рабочих дней после передачи.</w:t>
      </w:r>
    </w:p>
    <w:p w:rsidR="00653A97" w:rsidRPr="000A6CAA" w:rsidRDefault="00CC3D3A">
      <w:pPr>
        <w:spacing w:before="100" w:after="40"/>
        <w:rPr>
          <w:lang w:val="ru-RU"/>
        </w:rPr>
      </w:pPr>
      <w:r w:rsidRPr="000A6CAA">
        <w:rPr>
          <w:b/>
          <w:sz w:val="20"/>
          <w:lang w:val="ru-RU"/>
        </w:rPr>
        <w:t>3. ПЕРЕДАЧА И ПРИЕМКА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>3.1. Оборудование передается по адресу г. Махачкала, ул. Примерная, д. 10 не позднее 31 августа 2026 г. по акту/УПД.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>3.2. Право собственности и риск переходят [при фактической передаче / после по</w:t>
      </w:r>
      <w:r w:rsidRPr="000A6CAA">
        <w:rPr>
          <w:lang w:val="ru-RU"/>
        </w:rPr>
        <w:t>лной оплаты / иной момент].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 xml:space="preserve">3.3. </w:t>
      </w:r>
      <w:r w:rsidRPr="000A6CAA">
        <w:rPr>
          <w:b/>
          <w:lang w:val="ru-RU"/>
        </w:rPr>
        <w:t>Покупатель</w:t>
      </w:r>
      <w:r w:rsidRPr="000A6CAA">
        <w:rPr>
          <w:lang w:val="ru-RU"/>
        </w:rPr>
        <w:t xml:space="preserve"> проверяет комплектность, номера, видимые дефекты и работоспособность. Документы и принадлежности: паспорт, инструкция, гарантийный талон.</w:t>
      </w:r>
    </w:p>
    <w:p w:rsidR="00653A97" w:rsidRPr="000A6CAA" w:rsidRDefault="00CC3D3A">
      <w:pPr>
        <w:spacing w:before="100" w:after="40"/>
        <w:rPr>
          <w:lang w:val="ru-RU"/>
        </w:rPr>
      </w:pPr>
      <w:r w:rsidRPr="000A6CAA">
        <w:rPr>
          <w:b/>
          <w:sz w:val="20"/>
          <w:lang w:val="ru-RU"/>
        </w:rPr>
        <w:t>4. ГАРАНТИЯ И ОТВЕТСТВЕННОСТЬ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>4.1. Гарантия: 12 месяцев с даты передачи.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 xml:space="preserve">4.2. За нарушение обязательств </w:t>
      </w:r>
      <w:r w:rsidRPr="000A6CAA">
        <w:rPr>
          <w:b/>
          <w:lang w:val="ru-RU"/>
        </w:rPr>
        <w:t>Стороны</w:t>
      </w:r>
      <w:r w:rsidRPr="000A6CAA">
        <w:rPr>
          <w:lang w:val="ru-RU"/>
        </w:rPr>
        <w:t xml:space="preserve"> отвечают по Договору и законодательству РФ.</w:t>
      </w:r>
    </w:p>
    <w:p w:rsidR="00653A97" w:rsidRPr="000A6CAA" w:rsidRDefault="00CC3D3A">
      <w:pPr>
        <w:spacing w:before="100" w:after="40"/>
        <w:rPr>
          <w:lang w:val="ru-RU"/>
        </w:rPr>
      </w:pPr>
      <w:r w:rsidRPr="000A6CAA">
        <w:rPr>
          <w:b/>
          <w:sz w:val="20"/>
          <w:lang w:val="ru-RU"/>
        </w:rPr>
        <w:t>5. СПОРЫ И СРОК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>5.1. Договор действует до полного исполнения обязательств.</w:t>
      </w:r>
    </w:p>
    <w:p w:rsidR="00653A97" w:rsidRPr="000A6CAA" w:rsidRDefault="00CC3D3A">
      <w:pPr>
        <w:spacing w:after="40" w:line="240" w:lineRule="auto"/>
        <w:rPr>
          <w:lang w:val="ru-RU"/>
        </w:rPr>
      </w:pPr>
      <w:r w:rsidRPr="000A6CAA">
        <w:rPr>
          <w:lang w:val="ru-RU"/>
        </w:rPr>
        <w:t>5.2. Споры решаются путем переговоров и претензии, затем — в суде.</w:t>
      </w:r>
    </w:p>
    <w:p w:rsidR="00653A97" w:rsidRDefault="00CC3D3A">
      <w:pPr>
        <w:spacing w:before="100" w:after="40"/>
      </w:pPr>
      <w:r>
        <w:rPr>
          <w:b/>
          <w:sz w:val="20"/>
        </w:rPr>
        <w:t>РЕКВИЗИТЫ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653A97" w:rsidRPr="000A6CAA">
        <w:trPr>
          <w:jc w:val="center"/>
        </w:trPr>
        <w:tc>
          <w:tcPr>
            <w:tcW w:w="5241" w:type="dxa"/>
          </w:tcPr>
          <w:p w:rsidR="00653A97" w:rsidRPr="000A6CAA" w:rsidRDefault="00CC3D3A">
            <w:pPr>
              <w:rPr>
                <w:lang w:val="ru-RU"/>
              </w:rPr>
            </w:pPr>
            <w:r w:rsidRPr="000A6CAA">
              <w:rPr>
                <w:b/>
                <w:lang w:val="ru-RU"/>
              </w:rPr>
              <w:t>ПРОДАВЕЦ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[п</w:t>
            </w:r>
            <w:r w:rsidRPr="000A6CAA">
              <w:rPr>
                <w:sz w:val="17"/>
                <w:lang w:val="ru-RU"/>
              </w:rPr>
              <w:t>олное наименование / ФИО]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[ИНН / ОГРН / ОГРНИП / паспорт]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Адрес: г. Махачкала, ул. Примерная, д. 10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Банк: [банк], БИК [БИК]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р/с [расчетный счет], к/с [корр. счет]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0A6CAA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0A6CAA">
              <w:rPr>
                <w:sz w:val="17"/>
                <w:lang w:val="ru-RU"/>
              </w:rPr>
              <w:t>: [контакты]</w:t>
            </w:r>
          </w:p>
          <w:p w:rsidR="00653A97" w:rsidRPr="000A6CAA" w:rsidRDefault="00653A97">
            <w:pPr>
              <w:spacing w:after="0"/>
              <w:rPr>
                <w:lang w:val="ru-RU"/>
              </w:rPr>
            </w:pP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____________ / [ФИО] /</w:t>
            </w:r>
          </w:p>
        </w:tc>
        <w:tc>
          <w:tcPr>
            <w:tcW w:w="5241" w:type="dxa"/>
          </w:tcPr>
          <w:p w:rsidR="00653A97" w:rsidRPr="000A6CAA" w:rsidRDefault="00CC3D3A">
            <w:pPr>
              <w:rPr>
                <w:lang w:val="ru-RU"/>
              </w:rPr>
            </w:pPr>
            <w:r w:rsidRPr="000A6CAA">
              <w:rPr>
                <w:b/>
                <w:lang w:val="ru-RU"/>
              </w:rPr>
              <w:t>ПОКУПАТЕЛЬ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[полное наименование / ФИО]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[ИНН /</w:t>
            </w:r>
            <w:r w:rsidRPr="000A6CAA">
              <w:rPr>
                <w:sz w:val="17"/>
                <w:lang w:val="ru-RU"/>
              </w:rPr>
              <w:t xml:space="preserve"> ОГРН / ОГРНИП / паспорт]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Адрес: г. Махачкала, ул. Примерная, д. 10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Банк: [банк], БИК [БИК]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р/с [расчетный счет], к/с [корр. счет]</w:t>
            </w: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0A6CAA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0A6CAA">
              <w:rPr>
                <w:sz w:val="17"/>
                <w:lang w:val="ru-RU"/>
              </w:rPr>
              <w:t>: [контакты]</w:t>
            </w:r>
          </w:p>
          <w:p w:rsidR="00653A97" w:rsidRPr="000A6CAA" w:rsidRDefault="00653A97">
            <w:pPr>
              <w:spacing w:after="0"/>
              <w:rPr>
                <w:lang w:val="ru-RU"/>
              </w:rPr>
            </w:pPr>
          </w:p>
          <w:p w:rsidR="00653A97" w:rsidRPr="000A6CAA" w:rsidRDefault="00CC3D3A">
            <w:pPr>
              <w:spacing w:after="0"/>
              <w:rPr>
                <w:lang w:val="ru-RU"/>
              </w:rPr>
            </w:pPr>
            <w:r w:rsidRPr="000A6CAA">
              <w:rPr>
                <w:sz w:val="17"/>
                <w:lang w:val="ru-RU"/>
              </w:rPr>
              <w:t>____________ / [ФИО] /</w:t>
            </w:r>
          </w:p>
        </w:tc>
      </w:tr>
    </w:tbl>
    <w:sectPr w:rsidR="00CC3D3A" w:rsidRPr="000A6CAA" w:rsidSect="00034616">
      <w:footerReference w:type="default" r:id="rId8"/>
      <w:pgSz w:w="12240" w:h="15840"/>
      <w:pgMar w:top="709" w:right="879" w:bottom="709" w:left="879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D3A" w:rsidRDefault="00CC3D3A">
      <w:pPr>
        <w:spacing w:after="0" w:line="240" w:lineRule="auto"/>
      </w:pPr>
      <w:r>
        <w:separator/>
      </w:r>
    </w:p>
  </w:endnote>
  <w:endnote w:type="continuationSeparator" w:id="0">
    <w:p w:rsidR="00CC3D3A" w:rsidRDefault="00CC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A97" w:rsidRDefault="00CC3D3A">
    <w:pPr>
      <w:pStyle w:val="a7"/>
    </w:pPr>
    <w:r>
      <w:rPr>
        <w:noProof/>
        <w:lang w:val="ru-RU" w:eastAsia="ru-RU"/>
      </w:rPr>
      <w:drawing>
        <wp:inline distT="0" distB="0" distL="0" distR="0">
          <wp:extent cx="1368000" cy="3675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36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D3A" w:rsidRDefault="00CC3D3A">
      <w:pPr>
        <w:spacing w:after="0" w:line="240" w:lineRule="auto"/>
      </w:pPr>
      <w:r>
        <w:separator/>
      </w:r>
    </w:p>
  </w:footnote>
  <w:footnote w:type="continuationSeparator" w:id="0">
    <w:p w:rsidR="00CC3D3A" w:rsidRDefault="00CC3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6CAA"/>
    <w:rsid w:val="0015074B"/>
    <w:rsid w:val="0029639D"/>
    <w:rsid w:val="00326F90"/>
    <w:rsid w:val="00653A97"/>
    <w:rsid w:val="00AA1D8D"/>
    <w:rsid w:val="00B47730"/>
    <w:rsid w:val="00CB0664"/>
    <w:rsid w:val="00CC3D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1C986"/>
  <w14:defaultImageDpi w14:val="300"/>
  <w15:docId w15:val="{5141D507-BB8C-43BA-B425-A67A669A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60F0AD-7577-4CE5-A692-9B4E6C3F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Заполненный образец. Часть реквизитов является условной и предназначена для демонстрации заполнения.</dc:description>
  <cp:lastModifiedBy>Admin</cp:lastModifiedBy>
  <cp:revision>2</cp:revision>
  <dcterms:created xsi:type="dcterms:W3CDTF">2026-08-18T11:09:00Z</dcterms:created>
  <dcterms:modified xsi:type="dcterms:W3CDTF">2026-08-18T11:09:00Z</dcterms:modified>
  <cp:category/>
</cp:coreProperties>
</file>