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F3" w:rsidRPr="00126667" w:rsidRDefault="00B54EC8">
      <w:pPr>
        <w:jc w:val="center"/>
        <w:rPr>
          <w:lang w:val="ru-RU"/>
        </w:rPr>
      </w:pPr>
      <w:r>
        <w:rPr>
          <w:b/>
          <w:sz w:val="16"/>
        </w:rPr>
        <w:t>GT</w:t>
      </w:r>
      <w:r w:rsidRPr="00126667">
        <w:rPr>
          <w:b/>
          <w:sz w:val="16"/>
          <w:lang w:val="ru-RU"/>
        </w:rPr>
        <w:t xml:space="preserve"> </w:t>
      </w:r>
      <w:r>
        <w:rPr>
          <w:b/>
          <w:sz w:val="16"/>
        </w:rPr>
        <w:t>FINANCE</w:t>
      </w:r>
      <w:r w:rsidRPr="00126667">
        <w:rPr>
          <w:b/>
          <w:sz w:val="16"/>
          <w:lang w:val="ru-RU"/>
        </w:rPr>
        <w:t xml:space="preserve"> | ФОРМЫ И ОБРАЗЦЫ</w:t>
      </w:r>
    </w:p>
    <w:p w:rsidR="00F771F3" w:rsidRPr="00126667" w:rsidRDefault="00B54EC8">
      <w:pPr>
        <w:jc w:val="center"/>
        <w:rPr>
          <w:lang w:val="ru-RU"/>
        </w:rPr>
      </w:pPr>
      <w:r w:rsidRPr="00126667">
        <w:rPr>
          <w:b/>
          <w:sz w:val="28"/>
          <w:lang w:val="ru-RU"/>
        </w:rPr>
        <w:t>ДОГОВОР ФАКТОРИНГА</w:t>
      </w:r>
    </w:p>
    <w:p w:rsidR="00F771F3" w:rsidRPr="00126667" w:rsidRDefault="00B54EC8">
      <w:pPr>
        <w:jc w:val="center"/>
        <w:rPr>
          <w:lang w:val="ru-RU"/>
        </w:rPr>
      </w:pPr>
      <w:r w:rsidRPr="00126667">
        <w:rPr>
          <w:lang w:val="ru-RU"/>
        </w:rPr>
        <w:t>финансирование под уступку денежного требования • незаполненный образец</w:t>
      </w:r>
    </w:p>
    <w:p w:rsidR="00F771F3" w:rsidRPr="00126667" w:rsidRDefault="00B54EC8">
      <w:pPr>
        <w:spacing w:after="40" w:line="240" w:lineRule="auto"/>
        <w:rPr>
          <w:lang w:val="ru-RU"/>
        </w:rPr>
      </w:pPr>
      <w:r>
        <w:t xml:space="preserve">г. ____________________                                    </w:t>
      </w:r>
      <w:r w:rsidR="00126667">
        <w:rPr>
          <w:lang w:val="ru-RU"/>
        </w:rPr>
        <w:t xml:space="preserve">                                                                        </w:t>
      </w:r>
      <w:bookmarkStart w:id="0" w:name="_GoBack"/>
      <w:bookmarkEnd w:id="0"/>
      <w:r>
        <w:t xml:space="preserve">  «___» __________ 20___ г.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__________________________________________, </w:t>
      </w:r>
      <w:r w:rsidRPr="00126667">
        <w:rPr>
          <w:lang w:val="ru-RU"/>
        </w:rPr>
        <w:t>именуемое в дальнейшем «</w:t>
      </w:r>
      <w:r w:rsidRPr="00126667">
        <w:rPr>
          <w:b/>
          <w:lang w:val="ru-RU"/>
        </w:rPr>
        <w:t>Финансовый агент</w:t>
      </w:r>
      <w:r w:rsidRPr="00126667">
        <w:rPr>
          <w:lang w:val="ru-RU"/>
        </w:rPr>
        <w:t>», в лице ________________________________, действующего на основании __________________, с одной стороны, и __________________________________________, именуемое в дальнейшем «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>», в лице _______________________</w:t>
      </w:r>
      <w:r w:rsidRPr="00126667">
        <w:rPr>
          <w:lang w:val="ru-RU"/>
        </w:rPr>
        <w:t>_________, действующего на основании __________________, с другой стороны, совместно именуемые «</w:t>
      </w:r>
      <w:r w:rsidRPr="00126667">
        <w:rPr>
          <w:b/>
          <w:lang w:val="ru-RU"/>
        </w:rPr>
        <w:t>Стороны</w:t>
      </w:r>
      <w:r w:rsidRPr="00126667">
        <w:rPr>
          <w:lang w:val="ru-RU"/>
        </w:rPr>
        <w:t>», заключили настоящий договор о нижеследующем.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1. ПРЕДМЕТ ДОГОВОРА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1.1. </w:t>
      </w:r>
      <w:r w:rsidRPr="00126667">
        <w:rPr>
          <w:b/>
          <w:lang w:val="ru-RU"/>
        </w:rPr>
        <w:t>Финансовый агент</w:t>
      </w:r>
      <w:r w:rsidRPr="00126667">
        <w:rPr>
          <w:lang w:val="ru-RU"/>
        </w:rPr>
        <w:t xml:space="preserve"> предоставляет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>у финансирование в размере ________________</w:t>
      </w:r>
      <w:r w:rsidRPr="00126667">
        <w:rPr>
          <w:lang w:val="ru-RU"/>
        </w:rPr>
        <w:t>__ (__________________) рублей в счет уступки денежных требований к __________________________________ на общую сумму __________________ рублей.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1.2. Финансирование перечисляется на расчетный счет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>а в течение ______ рабочих дней после подписания Дого</w:t>
      </w:r>
      <w:r w:rsidRPr="00126667">
        <w:rPr>
          <w:lang w:val="ru-RU"/>
        </w:rPr>
        <w:t>вора и передачи подтверждающих документов.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1.3. Уступаемые требования: основание ______________________, должник ______________________, сумма ______________________, срок оплаты 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1.4.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передает Финансовому агенту договоры, сче</w:t>
      </w:r>
      <w:r w:rsidRPr="00126667">
        <w:rPr>
          <w:lang w:val="ru-RU"/>
        </w:rPr>
        <w:t>та, УПД/акты, акты сверки и иные документы, подтверждающие действительность требований, в течение ______ рабочих дней.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1.5.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гарантирует действительность требований, отсутствие их предшествующей уступки, залога и иных обременений.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1.6. Последующая ус</w:t>
      </w:r>
      <w:r w:rsidRPr="00126667">
        <w:rPr>
          <w:lang w:val="ru-RU"/>
        </w:rPr>
        <w:t xml:space="preserve">тупка Финансовым агентом: [допускается / допускается только с письменного согласия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>а].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2. ФИНАНСИРОВАНИЕ И ВОЗНАГРАЖДЕНИЕ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2.1. Размер финансирования: __________________ рублей. Вознаграждение Финансового агента: __________________ рублей / ______% / </w:t>
      </w:r>
      <w:r w:rsidRPr="00126667">
        <w:rPr>
          <w:lang w:val="ru-RU"/>
        </w:rPr>
        <w:t>иная формула: 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2.2. Момент возникновения права на вознаграждение: __________________________________.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2.3. Риск неисполнения должником: [несет </w:t>
      </w:r>
      <w:r w:rsidRPr="00126667">
        <w:rPr>
          <w:b/>
          <w:lang w:val="ru-RU"/>
        </w:rPr>
        <w:t>Финансовый агент</w:t>
      </w:r>
      <w:r w:rsidRPr="00126667">
        <w:rPr>
          <w:lang w:val="ru-RU"/>
        </w:rPr>
        <w:t xml:space="preserve"> /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отвечает в согласованных законом пределах].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во всех случаях о</w:t>
      </w:r>
      <w:r w:rsidRPr="00126667">
        <w:rPr>
          <w:lang w:val="ru-RU"/>
        </w:rPr>
        <w:t>твечает за действительность требования.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3. ПОРЯДОК УСТУПКИ И РАСЧЕТОВ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3.1. Момент перехода требования: __________________________________.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3.2. Должника об уступке уведомляет __________________ в течение ______ рабочих дней.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3.3. Денежные средства, поступи</w:t>
      </w:r>
      <w:r w:rsidRPr="00126667">
        <w:rPr>
          <w:lang w:val="ru-RU"/>
        </w:rPr>
        <w:t xml:space="preserve">вшие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>у после уступки, перечисляются Финансовому агенту в течение ______ рабочего(их) дня(дней).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4. ПРАВА И ОБЯЗАННОСТИ СТОРОН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4.1. </w:t>
      </w:r>
      <w:r w:rsidRPr="00126667">
        <w:rPr>
          <w:b/>
          <w:lang w:val="ru-RU"/>
        </w:rPr>
        <w:t>Финансовый агент</w:t>
      </w:r>
      <w:r w:rsidRPr="00126667">
        <w:rPr>
          <w:lang w:val="ru-RU"/>
        </w:rPr>
        <w:t xml:space="preserve"> обязан предоставить финансирование и учитывать поступления по уступленным требованиям.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4.2.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обя</w:t>
      </w:r>
      <w:r w:rsidRPr="00126667">
        <w:rPr>
          <w:lang w:val="ru-RU"/>
        </w:rPr>
        <w:t>зан передать достоверные документы и сообщать обо всех обстоятельствах, влияющих на размер, действительность и взыскание требования.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5. ОТВЕТСТВЕННОСТЬ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5.1. Неустойка Финансового агента за просрочку финансирования: ______% за каждый день, но не более _____</w:t>
      </w:r>
      <w:r w:rsidRPr="00126667">
        <w:rPr>
          <w:lang w:val="ru-RU"/>
        </w:rPr>
        <w:t>_%.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5.2. Последствия недействительности уступленного требования: __________________________________.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5.3. Уплата неустойки не освобождает Сторону от исполнения обязательства.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6. СРОК, ПРЕКРАЩЕНИЕ И ФОРС-МАЖОР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6.1. Договор действует с __________________ до </w:t>
      </w:r>
      <w:r w:rsidRPr="00126667">
        <w:rPr>
          <w:lang w:val="ru-RU"/>
        </w:rPr>
        <w:t>__________________ / до полного исполнения обязательств.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6.2. Основания досрочного прекращения: __________________________________.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6.3. Уведомление о форс-мажоре направляется в течение ______ рабочих дней.</w:t>
      </w:r>
    </w:p>
    <w:p w:rsidR="00F771F3" w:rsidRPr="00126667" w:rsidRDefault="00B54EC8">
      <w:pPr>
        <w:spacing w:before="100" w:after="40"/>
        <w:rPr>
          <w:lang w:val="ru-RU"/>
        </w:rPr>
      </w:pPr>
      <w:r w:rsidRPr="00126667">
        <w:rPr>
          <w:b/>
          <w:sz w:val="19"/>
          <w:lang w:val="ru-RU"/>
        </w:rPr>
        <w:t>7. СПОРЫ И ДОКУМЕНТООБОРОТ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7.1. Срок ответа на пр</w:t>
      </w:r>
      <w:r w:rsidRPr="00126667">
        <w:rPr>
          <w:lang w:val="ru-RU"/>
        </w:rPr>
        <w:t>етензию — ______ рабочих дней.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>7.2. Суд: __________________________________.</w:t>
      </w:r>
    </w:p>
    <w:p w:rsidR="00F771F3" w:rsidRPr="00126667" w:rsidRDefault="00B54EC8">
      <w:pPr>
        <w:spacing w:after="40" w:line="240" w:lineRule="auto"/>
        <w:rPr>
          <w:lang w:val="ru-RU"/>
        </w:rPr>
      </w:pPr>
      <w:r w:rsidRPr="00126667">
        <w:rPr>
          <w:lang w:val="ru-RU"/>
        </w:rPr>
        <w:t xml:space="preserve">7.3. Согласованные </w:t>
      </w:r>
      <w:r>
        <w:t>e</w:t>
      </w:r>
      <w:r w:rsidRPr="00126667">
        <w:rPr>
          <w:lang w:val="ru-RU"/>
        </w:rPr>
        <w:t>-</w:t>
      </w:r>
      <w:r>
        <w:t>mail</w:t>
      </w:r>
      <w:r w:rsidRPr="00126667">
        <w:rPr>
          <w:lang w:val="ru-RU"/>
        </w:rPr>
        <w:t xml:space="preserve">: </w:t>
      </w:r>
      <w:r w:rsidRPr="00126667">
        <w:rPr>
          <w:b/>
          <w:lang w:val="ru-RU"/>
        </w:rPr>
        <w:t>Финансовый агент</w:t>
      </w:r>
      <w:r w:rsidRPr="00126667">
        <w:rPr>
          <w:lang w:val="ru-RU"/>
        </w:rPr>
        <w:t xml:space="preserve"> — __________________; </w:t>
      </w:r>
      <w:r w:rsidRPr="00126667">
        <w:rPr>
          <w:b/>
          <w:lang w:val="ru-RU"/>
        </w:rPr>
        <w:t>Клиент</w:t>
      </w:r>
      <w:r w:rsidRPr="00126667">
        <w:rPr>
          <w:lang w:val="ru-RU"/>
        </w:rPr>
        <w:t xml:space="preserve"> — __________________.</w:t>
      </w:r>
    </w:p>
    <w:p w:rsidR="00F771F3" w:rsidRDefault="00B54EC8">
      <w:pPr>
        <w:spacing w:before="100" w:after="40"/>
      </w:pPr>
      <w:r>
        <w:rPr>
          <w:b/>
          <w:sz w:val="19"/>
        </w:rPr>
        <w:t>8. РЕКВИЗИТЫ И ПОДПИСИ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F771F3" w:rsidRPr="00126667">
        <w:trPr>
          <w:jc w:val="center"/>
        </w:trPr>
        <w:tc>
          <w:tcPr>
            <w:tcW w:w="5156" w:type="dxa"/>
          </w:tcPr>
          <w:p w:rsidR="00F771F3" w:rsidRPr="00126667" w:rsidRDefault="00B54EC8">
            <w:pPr>
              <w:rPr>
                <w:lang w:val="ru-RU"/>
              </w:rPr>
            </w:pPr>
            <w:r w:rsidRPr="00126667">
              <w:rPr>
                <w:sz w:val="16"/>
                <w:lang w:val="ru-RU"/>
              </w:rPr>
              <w:t>ФИНАНСОВЫЙ АГЕНТ</w:t>
            </w:r>
            <w:r w:rsidRPr="00126667">
              <w:rPr>
                <w:sz w:val="16"/>
                <w:lang w:val="ru-RU"/>
              </w:rPr>
              <w:br/>
              <w:t>Полное наименование: ________________</w:t>
            </w:r>
            <w:r w:rsidRPr="00126667">
              <w:rPr>
                <w:sz w:val="16"/>
                <w:lang w:val="ru-RU"/>
              </w:rPr>
              <w:t>__</w:t>
            </w:r>
            <w:r w:rsidRPr="00126667">
              <w:rPr>
                <w:sz w:val="16"/>
                <w:lang w:val="ru-RU"/>
              </w:rPr>
              <w:br/>
              <w:t>ОГРН: __________________</w:t>
            </w:r>
            <w:r w:rsidRPr="00126667">
              <w:rPr>
                <w:sz w:val="16"/>
                <w:lang w:val="ru-RU"/>
              </w:rPr>
              <w:br/>
            </w:r>
            <w:r w:rsidRPr="00126667">
              <w:rPr>
                <w:sz w:val="16"/>
                <w:lang w:val="ru-RU"/>
              </w:rPr>
              <w:lastRenderedPageBreak/>
              <w:t>ИНН/КПП: __________________</w:t>
            </w:r>
            <w:r w:rsidRPr="00126667">
              <w:rPr>
                <w:sz w:val="16"/>
                <w:lang w:val="ru-RU"/>
              </w:rPr>
              <w:br/>
              <w:t>Адрес: __________________</w:t>
            </w:r>
            <w:r w:rsidRPr="00126667">
              <w:rPr>
                <w:sz w:val="16"/>
                <w:lang w:val="ru-RU"/>
              </w:rPr>
              <w:br/>
              <w:t>р/с: __________________</w:t>
            </w:r>
            <w:r w:rsidRPr="00126667">
              <w:rPr>
                <w:sz w:val="16"/>
                <w:lang w:val="ru-RU"/>
              </w:rPr>
              <w:br/>
              <w:t>Банк: __________________</w:t>
            </w:r>
            <w:r w:rsidRPr="00126667">
              <w:rPr>
                <w:sz w:val="16"/>
                <w:lang w:val="ru-RU"/>
              </w:rPr>
              <w:br/>
              <w:t>к/с: __________________</w:t>
            </w:r>
            <w:r w:rsidRPr="00126667">
              <w:rPr>
                <w:sz w:val="16"/>
                <w:lang w:val="ru-RU"/>
              </w:rPr>
              <w:br/>
              <w:t>БИК: __________________</w:t>
            </w:r>
            <w:r w:rsidRPr="00126667">
              <w:rPr>
                <w:sz w:val="16"/>
                <w:lang w:val="ru-RU"/>
              </w:rPr>
              <w:br/>
              <w:t>Телефон/</w:t>
            </w:r>
            <w:r>
              <w:rPr>
                <w:sz w:val="16"/>
              </w:rPr>
              <w:t>e</w:t>
            </w:r>
            <w:r w:rsidRPr="00126667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 w:rsidRPr="00126667">
              <w:rPr>
                <w:sz w:val="16"/>
                <w:lang w:val="ru-RU"/>
              </w:rPr>
              <w:t>: __________________</w:t>
            </w:r>
            <w:r w:rsidRPr="00126667">
              <w:rPr>
                <w:sz w:val="16"/>
                <w:lang w:val="ru-RU"/>
              </w:rPr>
              <w:br/>
              <w:t>Руководитель: __________________</w:t>
            </w:r>
            <w:r w:rsidRPr="00126667">
              <w:rPr>
                <w:sz w:val="16"/>
                <w:lang w:val="ru-RU"/>
              </w:rPr>
              <w:br/>
              <w:t>_________</w:t>
            </w:r>
            <w:r w:rsidRPr="00126667">
              <w:rPr>
                <w:sz w:val="16"/>
                <w:lang w:val="ru-RU"/>
              </w:rPr>
              <w:t>___ / __________________ /</w:t>
            </w:r>
          </w:p>
        </w:tc>
        <w:tc>
          <w:tcPr>
            <w:tcW w:w="5156" w:type="dxa"/>
          </w:tcPr>
          <w:p w:rsidR="00F771F3" w:rsidRPr="00126667" w:rsidRDefault="00B54EC8">
            <w:pPr>
              <w:rPr>
                <w:lang w:val="ru-RU"/>
              </w:rPr>
            </w:pPr>
            <w:r w:rsidRPr="00126667">
              <w:rPr>
                <w:sz w:val="16"/>
                <w:lang w:val="ru-RU"/>
              </w:rPr>
              <w:lastRenderedPageBreak/>
              <w:t>КЛИЕНТ</w:t>
            </w:r>
            <w:r w:rsidRPr="00126667">
              <w:rPr>
                <w:sz w:val="16"/>
                <w:lang w:val="ru-RU"/>
              </w:rPr>
              <w:br/>
              <w:t>Полное наименование: __________________</w:t>
            </w:r>
            <w:r w:rsidRPr="00126667">
              <w:rPr>
                <w:sz w:val="16"/>
                <w:lang w:val="ru-RU"/>
              </w:rPr>
              <w:br/>
              <w:t>ОГРН: __________________</w:t>
            </w:r>
            <w:r w:rsidRPr="00126667">
              <w:rPr>
                <w:sz w:val="16"/>
                <w:lang w:val="ru-RU"/>
              </w:rPr>
              <w:br/>
            </w:r>
            <w:r w:rsidRPr="00126667">
              <w:rPr>
                <w:sz w:val="16"/>
                <w:lang w:val="ru-RU"/>
              </w:rPr>
              <w:lastRenderedPageBreak/>
              <w:t>ИНН/КПП: __________________</w:t>
            </w:r>
            <w:r w:rsidRPr="00126667">
              <w:rPr>
                <w:sz w:val="16"/>
                <w:lang w:val="ru-RU"/>
              </w:rPr>
              <w:br/>
              <w:t>Адрес: __________________</w:t>
            </w:r>
            <w:r w:rsidRPr="00126667">
              <w:rPr>
                <w:sz w:val="16"/>
                <w:lang w:val="ru-RU"/>
              </w:rPr>
              <w:br/>
              <w:t>р/с: __________________</w:t>
            </w:r>
            <w:r w:rsidRPr="00126667">
              <w:rPr>
                <w:sz w:val="16"/>
                <w:lang w:val="ru-RU"/>
              </w:rPr>
              <w:br/>
              <w:t>Банк: __________________</w:t>
            </w:r>
            <w:r w:rsidRPr="00126667">
              <w:rPr>
                <w:sz w:val="16"/>
                <w:lang w:val="ru-RU"/>
              </w:rPr>
              <w:br/>
              <w:t>к/с: __________________</w:t>
            </w:r>
            <w:r w:rsidRPr="00126667">
              <w:rPr>
                <w:sz w:val="16"/>
                <w:lang w:val="ru-RU"/>
              </w:rPr>
              <w:br/>
              <w:t>БИК: __________________</w:t>
            </w:r>
            <w:r w:rsidRPr="00126667">
              <w:rPr>
                <w:sz w:val="16"/>
                <w:lang w:val="ru-RU"/>
              </w:rPr>
              <w:br/>
              <w:t>Телефо</w:t>
            </w:r>
            <w:r w:rsidRPr="00126667">
              <w:rPr>
                <w:sz w:val="16"/>
                <w:lang w:val="ru-RU"/>
              </w:rPr>
              <w:t>н/</w:t>
            </w:r>
            <w:r>
              <w:rPr>
                <w:sz w:val="16"/>
              </w:rPr>
              <w:t>e</w:t>
            </w:r>
            <w:r w:rsidRPr="00126667">
              <w:rPr>
                <w:sz w:val="16"/>
                <w:lang w:val="ru-RU"/>
              </w:rPr>
              <w:t>-</w:t>
            </w:r>
            <w:r>
              <w:rPr>
                <w:sz w:val="16"/>
              </w:rPr>
              <w:t>mail</w:t>
            </w:r>
            <w:r w:rsidRPr="00126667">
              <w:rPr>
                <w:sz w:val="16"/>
                <w:lang w:val="ru-RU"/>
              </w:rPr>
              <w:t>: __________________</w:t>
            </w:r>
            <w:r w:rsidRPr="00126667">
              <w:rPr>
                <w:sz w:val="16"/>
                <w:lang w:val="ru-RU"/>
              </w:rPr>
              <w:br/>
              <w:t>Руководитель: __________________</w:t>
            </w:r>
            <w:r w:rsidRPr="00126667">
              <w:rPr>
                <w:sz w:val="16"/>
                <w:lang w:val="ru-RU"/>
              </w:rPr>
              <w:br/>
              <w:t>____________ / __________________ /</w:t>
            </w:r>
          </w:p>
        </w:tc>
      </w:tr>
    </w:tbl>
    <w:sectPr w:rsidR="00B54EC8" w:rsidRPr="00126667" w:rsidSect="00034616">
      <w:footerReference w:type="default" r:id="rId8"/>
      <w:pgSz w:w="12240" w:h="15840"/>
      <w:pgMar w:top="73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EC8" w:rsidRDefault="00B54EC8">
      <w:pPr>
        <w:spacing w:after="0" w:line="240" w:lineRule="auto"/>
      </w:pPr>
      <w:r>
        <w:separator/>
      </w:r>
    </w:p>
  </w:endnote>
  <w:endnote w:type="continuationSeparator" w:id="0">
    <w:p w:rsidR="00B54EC8" w:rsidRDefault="00B5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1F3" w:rsidRDefault="00B54EC8">
    <w:pPr>
      <w:pStyle w:val="a7"/>
      <w:jc w:val="center"/>
    </w:pPr>
    <w:r>
      <w:rPr>
        <w:noProof/>
        <w:lang w:val="ru-RU" w:eastAsia="ru-RU"/>
      </w:rPr>
      <w:drawing>
        <wp:inline distT="0" distB="0" distL="0" distR="0">
          <wp:extent cx="864000" cy="232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4000" cy="23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4"/>
      </w:rPr>
      <w:t xml:space="preserve">   разработано компанией GT Finance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EC8" w:rsidRDefault="00B54EC8">
      <w:pPr>
        <w:spacing w:after="0" w:line="240" w:lineRule="auto"/>
      </w:pPr>
      <w:r>
        <w:separator/>
      </w:r>
    </w:p>
  </w:footnote>
  <w:footnote w:type="continuationSeparator" w:id="0">
    <w:p w:rsidR="00B54EC8" w:rsidRDefault="00B54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6667"/>
    <w:rsid w:val="0015074B"/>
    <w:rsid w:val="0029639D"/>
    <w:rsid w:val="00326F90"/>
    <w:rsid w:val="00AA1D8D"/>
    <w:rsid w:val="00B47730"/>
    <w:rsid w:val="00B54EC8"/>
    <w:rsid w:val="00CB0664"/>
    <w:rsid w:val="00F771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FD18"/>
  <w14:defaultImageDpi w14:val="300"/>
  <w15:docId w15:val="{0026BBF1-0A36-45CC-B417-54D04793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849437-3B24-426B-BFF3-84BE05EA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2026-08-18T13:10:00Z</dcterms:created>
  <dcterms:modified xsi:type="dcterms:W3CDTF">2026-08-18T13:10:00Z</dcterms:modified>
  <cp:category/>
</cp:coreProperties>
</file>