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BE4" w:rsidRDefault="006A03D6">
      <w:pPr>
        <w:spacing w:after="60"/>
        <w:jc w:val="center"/>
      </w:pPr>
      <w:r>
        <w:rPr>
          <w:b/>
          <w:sz w:val="28"/>
        </w:rPr>
        <w:t>ДОГОВОР КУПЛИ-ПРОДАЖИ АВТОМОБИЛЯ</w:t>
      </w:r>
    </w:p>
    <w:p w:rsidR="00546BE4" w:rsidRDefault="00546BE4">
      <w:pPr>
        <w:spacing w:after="10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546BE4">
        <w:trPr>
          <w:jc w:val="center"/>
        </w:trPr>
        <w:tc>
          <w:tcPr>
            <w:tcW w:w="10482" w:type="dxa"/>
            <w:shd w:val="clear" w:color="auto" w:fill="F2F2F2"/>
          </w:tcPr>
          <w:p w:rsidR="00546BE4" w:rsidRDefault="006A03D6">
            <w:pPr>
              <w:spacing w:after="0"/>
            </w:pPr>
            <w:r w:rsidRPr="00BE1E7D">
              <w:rPr>
                <w:b/>
                <w:sz w:val="17"/>
                <w:lang w:val="ru-RU"/>
              </w:rPr>
              <w:t xml:space="preserve">Как использовать: </w:t>
            </w:r>
            <w:r w:rsidRPr="00BE1E7D">
              <w:rPr>
                <w:sz w:val="17"/>
                <w:lang w:val="ru-RU"/>
              </w:rPr>
              <w:t xml:space="preserve">заполните поля [в квадратных скобках], удалите неприменимые варианты. </w:t>
            </w:r>
            <w:proofErr w:type="spellStart"/>
            <w:r>
              <w:rPr>
                <w:sz w:val="17"/>
              </w:rPr>
              <w:t>Условные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названия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сторон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выделены</w:t>
            </w:r>
            <w:proofErr w:type="spellEnd"/>
            <w:r>
              <w:rPr>
                <w:sz w:val="17"/>
              </w:rPr>
              <w:t xml:space="preserve"> жирным.</w:t>
            </w:r>
          </w:p>
        </w:tc>
      </w:tr>
    </w:tbl>
    <w:p w:rsidR="00546BE4" w:rsidRDefault="006A03D6">
      <w:pPr>
        <w:spacing w:after="80" w:line="240" w:lineRule="auto"/>
      </w:pPr>
      <w:r>
        <w:t xml:space="preserve">г. </w:t>
      </w:r>
      <w:proofErr w:type="spellStart"/>
      <w:r>
        <w:t>Москва</w:t>
      </w:r>
      <w:proofErr w:type="spellEnd"/>
      <w:r>
        <w:t xml:space="preserve">                                              </w:t>
      </w:r>
      <w:r w:rsidR="00D45287">
        <w:rPr>
          <w:lang w:val="ru-RU"/>
        </w:rPr>
        <w:t xml:space="preserve">                                                                                           </w:t>
      </w:r>
      <w:r>
        <w:t xml:space="preserve">01 </w:t>
      </w:r>
      <w:proofErr w:type="spellStart"/>
      <w:r>
        <w:t>декабря</w:t>
      </w:r>
      <w:proofErr w:type="spellEnd"/>
      <w:r>
        <w:t xml:space="preserve"> 2020 г.</w:t>
      </w:r>
    </w:p>
    <w:p w:rsidR="00546BE4" w:rsidRPr="00BE1E7D" w:rsidRDefault="006A03D6">
      <w:pPr>
        <w:spacing w:after="80" w:line="240" w:lineRule="auto"/>
        <w:rPr>
          <w:lang w:val="ru-RU"/>
        </w:rPr>
      </w:pPr>
      <w:r w:rsidRPr="00BE1E7D">
        <w:rPr>
          <w:lang w:val="ru-RU"/>
        </w:rPr>
        <w:t>ООО «Альфа», ОГРН 1027700000000, ИНН 7701000000, в лице генерального директора Глебовой Аллы Степановны, действующей на основании Устава, именуемый(</w:t>
      </w:r>
      <w:proofErr w:type="spellStart"/>
      <w:r w:rsidRPr="00BE1E7D">
        <w:rPr>
          <w:lang w:val="ru-RU"/>
        </w:rPr>
        <w:t>ая</w:t>
      </w:r>
      <w:proofErr w:type="spellEnd"/>
      <w:r w:rsidRPr="00BE1E7D">
        <w:rPr>
          <w:lang w:val="ru-RU"/>
        </w:rPr>
        <w:t>/</w:t>
      </w:r>
      <w:proofErr w:type="spellStart"/>
      <w:r w:rsidRPr="00BE1E7D">
        <w:rPr>
          <w:lang w:val="ru-RU"/>
        </w:rPr>
        <w:t>ое</w:t>
      </w:r>
      <w:proofErr w:type="spellEnd"/>
      <w:r w:rsidRPr="00BE1E7D">
        <w:rPr>
          <w:lang w:val="ru-RU"/>
        </w:rPr>
        <w:t>) в дальнейшем «</w:t>
      </w:r>
      <w:r w:rsidRPr="00BE1E7D">
        <w:rPr>
          <w:b/>
          <w:lang w:val="ru-RU"/>
        </w:rPr>
        <w:t>Продавец</w:t>
      </w:r>
      <w:r w:rsidRPr="00BE1E7D">
        <w:rPr>
          <w:lang w:val="ru-RU"/>
        </w:rPr>
        <w:t>», с одной стороны, и Львов Александр Владимирович, паспорт 45 10 № 123456, вы</w:t>
      </w:r>
      <w:r w:rsidRPr="00BE1E7D">
        <w:rPr>
          <w:lang w:val="ru-RU"/>
        </w:rPr>
        <w:t xml:space="preserve">дан ОМВД России по г. Москве 10.02.2015, адрес: г. Москва, ул. </w:t>
      </w:r>
      <w:proofErr w:type="spellStart"/>
      <w:r w:rsidRPr="00BE1E7D">
        <w:rPr>
          <w:lang w:val="ru-RU"/>
        </w:rPr>
        <w:t>Никулинская</w:t>
      </w:r>
      <w:proofErr w:type="spellEnd"/>
      <w:r w:rsidRPr="00BE1E7D">
        <w:rPr>
          <w:lang w:val="ru-RU"/>
        </w:rPr>
        <w:t>, д. 13, кв. 58, именуемый(</w:t>
      </w:r>
      <w:proofErr w:type="spellStart"/>
      <w:r w:rsidRPr="00BE1E7D">
        <w:rPr>
          <w:lang w:val="ru-RU"/>
        </w:rPr>
        <w:t>ая</w:t>
      </w:r>
      <w:proofErr w:type="spellEnd"/>
      <w:r w:rsidRPr="00BE1E7D">
        <w:rPr>
          <w:lang w:val="ru-RU"/>
        </w:rPr>
        <w:t>/</w:t>
      </w:r>
      <w:proofErr w:type="spellStart"/>
      <w:r w:rsidRPr="00BE1E7D">
        <w:rPr>
          <w:lang w:val="ru-RU"/>
        </w:rPr>
        <w:t>ое</w:t>
      </w:r>
      <w:proofErr w:type="spellEnd"/>
      <w:r w:rsidRPr="00BE1E7D">
        <w:rPr>
          <w:lang w:val="ru-RU"/>
        </w:rPr>
        <w:t>) в дальнейшем «</w:t>
      </w:r>
      <w:r w:rsidRPr="00BE1E7D">
        <w:rPr>
          <w:b/>
          <w:lang w:val="ru-RU"/>
        </w:rPr>
        <w:t>Покупатель</w:t>
      </w:r>
      <w:r w:rsidRPr="00BE1E7D">
        <w:rPr>
          <w:lang w:val="ru-RU"/>
        </w:rPr>
        <w:t>», с другой стороны, совместно именуемые «</w:t>
      </w:r>
      <w:r w:rsidRPr="00BE1E7D">
        <w:rPr>
          <w:b/>
          <w:lang w:val="ru-RU"/>
        </w:rPr>
        <w:t>Стороны</w:t>
      </w:r>
      <w:r w:rsidRPr="00BE1E7D">
        <w:rPr>
          <w:lang w:val="ru-RU"/>
        </w:rPr>
        <w:t>», заключили настоящий договор (далее — «Договор»).</w:t>
      </w:r>
    </w:p>
    <w:p w:rsidR="00546BE4" w:rsidRPr="00BE1E7D" w:rsidRDefault="006A03D6">
      <w:pPr>
        <w:spacing w:before="100" w:after="40"/>
        <w:rPr>
          <w:lang w:val="ru-RU"/>
        </w:rPr>
      </w:pPr>
      <w:r w:rsidRPr="00BE1E7D">
        <w:rPr>
          <w:b/>
          <w:sz w:val="20"/>
          <w:lang w:val="ru-RU"/>
        </w:rPr>
        <w:t>1. ПРЕДМЕТ ДОГОВОРА</w:t>
      </w:r>
      <w:bookmarkStart w:id="0" w:name="_GoBack"/>
      <w:bookmarkEnd w:id="0"/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>1.1</w:t>
      </w:r>
      <w:r w:rsidRPr="00BE1E7D">
        <w:rPr>
          <w:lang w:val="ru-RU"/>
        </w:rPr>
        <w:t xml:space="preserve">. </w:t>
      </w:r>
      <w:r w:rsidRPr="00BE1E7D">
        <w:rPr>
          <w:b/>
          <w:lang w:val="ru-RU"/>
        </w:rPr>
        <w:t>Продавец</w:t>
      </w:r>
      <w:r w:rsidRPr="00BE1E7D">
        <w:rPr>
          <w:lang w:val="ru-RU"/>
        </w:rPr>
        <w:t xml:space="preserve"> передает в собственность Покупателю автомобиль, а </w:t>
      </w:r>
      <w:r w:rsidRPr="00BE1E7D">
        <w:rPr>
          <w:b/>
          <w:lang w:val="ru-RU"/>
        </w:rPr>
        <w:t>Покупатель</w:t>
      </w:r>
      <w:r w:rsidRPr="00BE1E7D">
        <w:rPr>
          <w:lang w:val="ru-RU"/>
        </w:rPr>
        <w:t xml:space="preserve"> принимает и оплачивает его.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 xml:space="preserve">1.2. Автомобиль: марка/модель ВАЗ-21102, </w:t>
      </w:r>
      <w:r>
        <w:t>VIN</w:t>
      </w:r>
      <w:r w:rsidRPr="00BE1E7D">
        <w:rPr>
          <w:lang w:val="ru-RU"/>
        </w:rPr>
        <w:t xml:space="preserve"> ВАЗ-21102, гос. номер ВАЗ-21102, год выпуска ВАЗ-21102, цвет ВАЗ-21102, ПТС/ЭПТС ВАЗ-21102, СТС ВАЗ-21102, проб</w:t>
      </w:r>
      <w:r w:rsidRPr="00BE1E7D">
        <w:rPr>
          <w:lang w:val="ru-RU"/>
        </w:rPr>
        <w:t>ег ВАЗ-21102 км.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 xml:space="preserve">1.3. </w:t>
      </w:r>
      <w:r w:rsidRPr="00BE1E7D">
        <w:rPr>
          <w:b/>
          <w:lang w:val="ru-RU"/>
        </w:rPr>
        <w:t>Продавец</w:t>
      </w:r>
      <w:r w:rsidRPr="00BE1E7D">
        <w:rPr>
          <w:lang w:val="ru-RU"/>
        </w:rPr>
        <w:t xml:space="preserve"> подтверждает право собственности и заверяет, что автомобиль не продан, не заложен, не находится под арестом, запретом или в розыске; права третьих лиц [отсутствуют / указать].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>1.4. Известные недостатки и повреждения: [указать</w:t>
      </w:r>
      <w:r w:rsidRPr="00BE1E7D">
        <w:rPr>
          <w:lang w:val="ru-RU"/>
        </w:rPr>
        <w:t xml:space="preserve"> / отсутствуют].</w:t>
      </w:r>
    </w:p>
    <w:p w:rsidR="00546BE4" w:rsidRPr="00BE1E7D" w:rsidRDefault="006A03D6">
      <w:pPr>
        <w:spacing w:before="100" w:after="40"/>
        <w:rPr>
          <w:lang w:val="ru-RU"/>
        </w:rPr>
      </w:pPr>
      <w:r w:rsidRPr="00BE1E7D">
        <w:rPr>
          <w:b/>
          <w:sz w:val="20"/>
          <w:lang w:val="ru-RU"/>
        </w:rPr>
        <w:t>2. ЦЕНА И РАСЧЕТЫ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>2.1. Цена автомобиля — 350 000 (Триста пятьдесят тысяч) рублей.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 xml:space="preserve">2.2. Оплата производится при передаче способом </w:t>
      </w:r>
      <w:proofErr w:type="spellStart"/>
      <w:r w:rsidRPr="00BE1E7D">
        <w:rPr>
          <w:lang w:val="ru-RU"/>
        </w:rPr>
        <w:t>безналично</w:t>
      </w:r>
      <w:proofErr w:type="spellEnd"/>
      <w:r w:rsidRPr="00BE1E7D">
        <w:rPr>
          <w:lang w:val="ru-RU"/>
        </w:rPr>
        <w:t>.</w:t>
      </w:r>
    </w:p>
    <w:p w:rsidR="00546BE4" w:rsidRPr="00BE1E7D" w:rsidRDefault="006A03D6">
      <w:pPr>
        <w:spacing w:before="100" w:after="40"/>
        <w:rPr>
          <w:lang w:val="ru-RU"/>
        </w:rPr>
      </w:pPr>
      <w:r w:rsidRPr="00BE1E7D">
        <w:rPr>
          <w:b/>
          <w:sz w:val="20"/>
          <w:lang w:val="ru-RU"/>
        </w:rPr>
        <w:t>3. ПЕРЕДАЧА АВТОМОБИЛЯ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>3.1. Автомобиль, ключи и документы передаются Покупателю не позднее 01 дека</w:t>
      </w:r>
      <w:r w:rsidRPr="00BE1E7D">
        <w:rPr>
          <w:lang w:val="ru-RU"/>
        </w:rPr>
        <w:t>бря 2020 г. по акту приема-передачи либо отметке в Договоре.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 xml:space="preserve">3.2. Право собственности и риск случайной гибели переходят к Покупателю с момента фактической передачи автомобиля, если </w:t>
      </w:r>
      <w:r w:rsidRPr="00BE1E7D">
        <w:rPr>
          <w:b/>
          <w:lang w:val="ru-RU"/>
        </w:rPr>
        <w:t>Стороны</w:t>
      </w:r>
      <w:r w:rsidRPr="00BE1E7D">
        <w:rPr>
          <w:lang w:val="ru-RU"/>
        </w:rPr>
        <w:t xml:space="preserve"> письменно не согласовали иное.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 xml:space="preserve">3.3. </w:t>
      </w:r>
      <w:r w:rsidRPr="00BE1E7D">
        <w:rPr>
          <w:b/>
          <w:lang w:val="ru-RU"/>
        </w:rPr>
        <w:t>Покупатель</w:t>
      </w:r>
      <w:r w:rsidRPr="00BE1E7D">
        <w:rPr>
          <w:lang w:val="ru-RU"/>
        </w:rPr>
        <w:t xml:space="preserve"> осматривает автомоби</w:t>
      </w:r>
      <w:r w:rsidRPr="00BE1E7D">
        <w:rPr>
          <w:lang w:val="ru-RU"/>
        </w:rPr>
        <w:t>ль при передаче. Скрытые недостатки регулируются законодательством РФ.</w:t>
      </w:r>
    </w:p>
    <w:p w:rsidR="00546BE4" w:rsidRPr="00BE1E7D" w:rsidRDefault="006A03D6">
      <w:pPr>
        <w:spacing w:before="100" w:after="40"/>
        <w:rPr>
          <w:lang w:val="ru-RU"/>
        </w:rPr>
      </w:pPr>
      <w:r w:rsidRPr="00BE1E7D">
        <w:rPr>
          <w:b/>
          <w:sz w:val="20"/>
          <w:lang w:val="ru-RU"/>
        </w:rPr>
        <w:t>4. ОТВЕТСТВЕННОСТЬ И СПОРЫ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 xml:space="preserve">4.1. За нарушение обязательств </w:t>
      </w:r>
      <w:r w:rsidRPr="00BE1E7D">
        <w:rPr>
          <w:b/>
          <w:lang w:val="ru-RU"/>
        </w:rPr>
        <w:t>Стороны</w:t>
      </w:r>
      <w:r w:rsidRPr="00BE1E7D">
        <w:rPr>
          <w:lang w:val="ru-RU"/>
        </w:rPr>
        <w:t xml:space="preserve"> отвечают по Договору и законодательству РФ.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 xml:space="preserve">4.2. Споры решаются путем переговоров и претензии; при </w:t>
      </w:r>
      <w:proofErr w:type="spellStart"/>
      <w:r w:rsidRPr="00BE1E7D">
        <w:rPr>
          <w:lang w:val="ru-RU"/>
        </w:rPr>
        <w:t>недостижении</w:t>
      </w:r>
      <w:proofErr w:type="spellEnd"/>
      <w:r w:rsidRPr="00BE1E7D">
        <w:rPr>
          <w:lang w:val="ru-RU"/>
        </w:rPr>
        <w:t xml:space="preserve"> </w:t>
      </w:r>
      <w:r w:rsidRPr="00BE1E7D">
        <w:rPr>
          <w:lang w:val="ru-RU"/>
        </w:rPr>
        <w:t>соглашения — в суде по правилам законодательства РФ.</w:t>
      </w:r>
    </w:p>
    <w:p w:rsidR="00546BE4" w:rsidRPr="00BE1E7D" w:rsidRDefault="006A03D6">
      <w:pPr>
        <w:spacing w:before="100" w:after="40"/>
        <w:rPr>
          <w:lang w:val="ru-RU"/>
        </w:rPr>
      </w:pPr>
      <w:r w:rsidRPr="00BE1E7D">
        <w:rPr>
          <w:b/>
          <w:sz w:val="20"/>
          <w:lang w:val="ru-RU"/>
        </w:rPr>
        <w:t>5. ЗАКЛЮЧИТЕЛЬНЫЕ УСЛОВИЯ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>5.1. Договор вступает в силу с момента подписания и действует до полного исполнения обязательств.</w:t>
      </w:r>
    </w:p>
    <w:p w:rsidR="00546BE4" w:rsidRPr="00BE1E7D" w:rsidRDefault="006A03D6">
      <w:pPr>
        <w:spacing w:after="40" w:line="240" w:lineRule="auto"/>
        <w:rPr>
          <w:lang w:val="ru-RU"/>
        </w:rPr>
      </w:pPr>
      <w:r w:rsidRPr="00BE1E7D">
        <w:rPr>
          <w:lang w:val="ru-RU"/>
        </w:rPr>
        <w:t xml:space="preserve">5.2. Договор составлен в 2 экземплярах, по одному для каждой </w:t>
      </w:r>
      <w:r w:rsidRPr="00BE1E7D">
        <w:rPr>
          <w:b/>
          <w:lang w:val="ru-RU"/>
        </w:rPr>
        <w:t>Стороны</w:t>
      </w:r>
      <w:r w:rsidRPr="00BE1E7D">
        <w:rPr>
          <w:lang w:val="ru-RU"/>
        </w:rPr>
        <w:t>.</w:t>
      </w:r>
    </w:p>
    <w:p w:rsidR="00546BE4" w:rsidRDefault="006A03D6">
      <w:pPr>
        <w:spacing w:before="100" w:after="40"/>
      </w:pPr>
      <w:r>
        <w:rPr>
          <w:b/>
          <w:sz w:val="20"/>
        </w:rPr>
        <w:t>РЕКВИЗИТЫ</w:t>
      </w:r>
      <w:r>
        <w:rPr>
          <w:b/>
          <w:sz w:val="20"/>
        </w:rPr>
        <w:t xml:space="preserve"> И ПОДПИСИ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546BE4" w:rsidRPr="00BE1E7D">
        <w:trPr>
          <w:jc w:val="center"/>
        </w:trPr>
        <w:tc>
          <w:tcPr>
            <w:tcW w:w="5241" w:type="dxa"/>
          </w:tcPr>
          <w:p w:rsidR="00546BE4" w:rsidRPr="00BE1E7D" w:rsidRDefault="006A03D6">
            <w:pPr>
              <w:rPr>
                <w:lang w:val="ru-RU"/>
              </w:rPr>
            </w:pPr>
            <w:r w:rsidRPr="00BE1E7D">
              <w:rPr>
                <w:b/>
                <w:lang w:val="ru-RU"/>
              </w:rPr>
              <w:t>ПРОДАВЕЦ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[полное наименование / ФИО]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[ИНН / ОГРН / ОГРНИП / паспорт]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Адрес: г. Махачкала, ул. Примерная, д. 10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Банк: [банк], БИК [БИК]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р/с [расчетный счет], к/с [корр. счет]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BE1E7D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BE1E7D">
              <w:rPr>
                <w:sz w:val="17"/>
                <w:lang w:val="ru-RU"/>
              </w:rPr>
              <w:t>: [контакты]</w:t>
            </w:r>
          </w:p>
          <w:p w:rsidR="00546BE4" w:rsidRPr="00BE1E7D" w:rsidRDefault="00546BE4">
            <w:pPr>
              <w:spacing w:after="0"/>
              <w:rPr>
                <w:lang w:val="ru-RU"/>
              </w:rPr>
            </w:pP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____________ / [ФИО] /</w:t>
            </w:r>
          </w:p>
        </w:tc>
        <w:tc>
          <w:tcPr>
            <w:tcW w:w="5241" w:type="dxa"/>
          </w:tcPr>
          <w:p w:rsidR="00546BE4" w:rsidRPr="00BE1E7D" w:rsidRDefault="006A03D6">
            <w:pPr>
              <w:rPr>
                <w:lang w:val="ru-RU"/>
              </w:rPr>
            </w:pPr>
            <w:r w:rsidRPr="00BE1E7D">
              <w:rPr>
                <w:b/>
                <w:lang w:val="ru-RU"/>
              </w:rPr>
              <w:t>ПОКУПАТЕЛЬ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 xml:space="preserve">[полное </w:t>
            </w:r>
            <w:r w:rsidRPr="00BE1E7D">
              <w:rPr>
                <w:sz w:val="17"/>
                <w:lang w:val="ru-RU"/>
              </w:rPr>
              <w:t>наименование / ФИО]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[ИНН / ОГРН / ОГРНИП / паспорт]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Адрес: г. Махачкала, ул. Примерная, д. 10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Банк: [банк], БИК [БИК]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р/с [расчетный счет], к/с [корр. счет]</w:t>
            </w: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BE1E7D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BE1E7D">
              <w:rPr>
                <w:sz w:val="17"/>
                <w:lang w:val="ru-RU"/>
              </w:rPr>
              <w:t>: [контакты]</w:t>
            </w:r>
          </w:p>
          <w:p w:rsidR="00546BE4" w:rsidRPr="00BE1E7D" w:rsidRDefault="00546BE4">
            <w:pPr>
              <w:spacing w:after="0"/>
              <w:rPr>
                <w:lang w:val="ru-RU"/>
              </w:rPr>
            </w:pPr>
          </w:p>
          <w:p w:rsidR="00546BE4" w:rsidRPr="00BE1E7D" w:rsidRDefault="006A03D6">
            <w:pPr>
              <w:spacing w:after="0"/>
              <w:rPr>
                <w:lang w:val="ru-RU"/>
              </w:rPr>
            </w:pPr>
            <w:r w:rsidRPr="00BE1E7D">
              <w:rPr>
                <w:sz w:val="17"/>
                <w:lang w:val="ru-RU"/>
              </w:rPr>
              <w:t>____________ / [ФИО] /</w:t>
            </w:r>
          </w:p>
        </w:tc>
      </w:tr>
    </w:tbl>
    <w:sectPr w:rsidR="006A03D6" w:rsidRPr="00BE1E7D" w:rsidSect="00034616">
      <w:footerReference w:type="default" r:id="rId8"/>
      <w:pgSz w:w="12240" w:h="15840"/>
      <w:pgMar w:top="709" w:right="879" w:bottom="709" w:left="879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3D6" w:rsidRDefault="006A03D6">
      <w:pPr>
        <w:spacing w:after="0" w:line="240" w:lineRule="auto"/>
      </w:pPr>
      <w:r>
        <w:separator/>
      </w:r>
    </w:p>
  </w:endnote>
  <w:endnote w:type="continuationSeparator" w:id="0">
    <w:p w:rsidR="006A03D6" w:rsidRDefault="006A0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E4" w:rsidRDefault="006A03D6">
    <w:pPr>
      <w:pStyle w:val="a7"/>
    </w:pPr>
    <w:r>
      <w:rPr>
        <w:noProof/>
        <w:lang w:val="ru-RU" w:eastAsia="ru-RU"/>
      </w:rPr>
      <w:drawing>
        <wp:inline distT="0" distB="0" distL="0" distR="0">
          <wp:extent cx="1368000" cy="3675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36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3D6" w:rsidRDefault="006A03D6">
      <w:pPr>
        <w:spacing w:after="0" w:line="240" w:lineRule="auto"/>
      </w:pPr>
      <w:r>
        <w:separator/>
      </w:r>
    </w:p>
  </w:footnote>
  <w:footnote w:type="continuationSeparator" w:id="0">
    <w:p w:rsidR="006A03D6" w:rsidRDefault="006A0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6BE4"/>
    <w:rsid w:val="006A03D6"/>
    <w:rsid w:val="00AA1D8D"/>
    <w:rsid w:val="00B47730"/>
    <w:rsid w:val="00BE1E7D"/>
    <w:rsid w:val="00CB0664"/>
    <w:rsid w:val="00D452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84BC79"/>
  <w14:defaultImageDpi w14:val="300"/>
  <w15:docId w15:val="{C2F9B9AB-49AC-4BB6-B1B6-8CA08030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70FB7B-8716-4523-91F2-24AA6897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Заполненный образец. Часть реквизитов является условной и предназначена для демонстрации заполнения.</dc:description>
  <cp:lastModifiedBy>Admin</cp:lastModifiedBy>
  <cp:revision>2</cp:revision>
  <dcterms:created xsi:type="dcterms:W3CDTF">2026-08-18T11:02:00Z</dcterms:created>
  <dcterms:modified xsi:type="dcterms:W3CDTF">2026-08-18T11:02:00Z</dcterms:modified>
  <cp:category/>
</cp:coreProperties>
</file>